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8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SKRIPSI</w:t>
      </w:r>
    </w:p>
    <w:p>
      <w:pPr>
        <w:spacing w:before="0" w:after="5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[JUDUL PENELITIAN]</w:t>
      </w:r>
    </w:p>
    <w:p>
      <w:pPr>
        <w:spacing w:after="680"/>
        <w:jc w:val="center"/>
      </w:pPr>
      <w:r>
        <w:drawing>
          <wp:inline xmlns:a="http://schemas.openxmlformats.org/drawingml/2006/main" xmlns:pic="http://schemas.openxmlformats.org/drawingml/2006/picture">
            <wp:extent cx="3769200" cy="90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kemenkes-poltekkes-yogyakart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69200" cy="90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[NAMA MAHASISWA]</w:t>
      </w:r>
    </w:p>
    <w:p>
      <w:pPr>
        <w:spacing w:before="0" w:after="9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[NIM]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[PROGRAM STUDI SARJANA TERAPAN ...]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[JURUSAN ...]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POLITEKNIK KESEHATAN KEMENTERIAN KESEHATAN YOGYAKARTA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[TEMPAT]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[TAHUN]</w:t>
      </w:r>
    </w:p>
    <w:p>
      <w:pPr>
        <w:sectPr>
          <w:headerReference w:type="default" r:id="rId9"/>
          <w:footerReference w:type="default" r:id="rId10"/>
          <w:pgSz w:w="11906" w:h="16838"/>
          <w:pgMar w:top="2268" w:right="1701" w:bottom="1701" w:left="2268" w:header="850" w:footer="1417" w:gutter="0"/>
          <w:cols w:space="720"/>
          <w:docGrid w:linePitch="360"/>
        </w:sectPr>
      </w:pPr>
    </w:p>
    <w:p>
      <w:pPr>
        <w:spacing w:before="0" w:after="3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SKRIPSI</w:t>
      </w:r>
    </w:p>
    <w:p>
      <w:pPr>
        <w:spacing w:before="0" w:after="3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[JUDUL PENELITIAN]</w:t>
      </w:r>
    </w:p>
    <w:p>
      <w:pPr>
        <w:spacing w:before="0" w:after="40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Diajukan sebagai salah satu syarat untuk memperoleh gelar Sarjana Terapan</w:t>
      </w:r>
    </w:p>
    <w:p>
      <w:pPr>
        <w:spacing w:after="520"/>
        <w:jc w:val="center"/>
      </w:pPr>
      <w:r>
        <w:drawing>
          <wp:inline xmlns:a="http://schemas.openxmlformats.org/drawingml/2006/main" xmlns:pic="http://schemas.openxmlformats.org/drawingml/2006/picture">
            <wp:extent cx="3769200" cy="907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kemenkes-poltekkes-yogyakart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69200" cy="90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/>
          <w:sz w:val="24"/>
        </w:rPr>
        <w:t>Disusun oleh: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[NAMA MAHASISWA]</w:t>
      </w:r>
    </w:p>
    <w:p>
      <w:pPr>
        <w:spacing w:before="0" w:after="68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[NIM]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[PROGRAM STUDI SARJANA TERAPAN ...]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[JURUSAN ...]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POLITEKNIK KESEHATAN KEMENTERIAN KESEHATAN YOGYAKARTA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[TAHUN]</w:t>
      </w:r>
    </w:p>
    <w:p>
      <w:r>
        <w:br w:type="page"/>
      </w:r>
    </w:p>
    <w:p>
      <w:pPr>
        <w:pStyle w:val="TAFrontHeading"/>
        <w:spacing w:after="360"/>
      </w:pPr>
      <w:r>
        <w:t>PERSETUJUAN PEMBIMBING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SKRIPSI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[JUDUL PENELITIAN]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Disusun oleh: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[NAMA MAHASISWA]</w:t>
      </w:r>
    </w:p>
    <w:p>
      <w:pPr>
        <w:spacing w:before="0" w:after="32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[NIM]</w:t>
      </w:r>
    </w:p>
    <w:p>
      <w:pPr>
        <w:spacing w:before="0" w:after="24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Telah disetujui oleh pembimbing pada tanggal [TANGGAL]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8"/>
        <w:gridCol w:w="3968"/>
      </w:tblGrid>
      <w:tr>
        <w:tc>
          <w:tcPr>
            <w:tcW w:type="dxa" w:w="3968"/>
            <w:vAlign w:val="center"/>
          </w:tcPr>
          <w:p>
            <w:pPr>
              <w:spacing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4"/>
              </w:rPr>
              <w:t>Pembimbing Utama,</w:t>
            </w:r>
          </w:p>
        </w:tc>
        <w:tc>
          <w:tcPr>
            <w:tcW w:type="dxa" w:w="3968"/>
            <w:vAlign w:val="center"/>
          </w:tcPr>
          <w:p>
            <w:pPr>
              <w:spacing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4"/>
              </w:rPr>
              <w:t>Pembimbing Pendamping,</w:t>
            </w:r>
          </w:p>
        </w:tc>
      </w:tr>
      <w:tr>
        <w:tc>
          <w:tcPr>
            <w:tcW w:type="dxa" w:w="3968"/>
            <w:vAlign w:val="center"/>
          </w:tcPr>
          <w:p>
            <w:pPr>
              <w:spacing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4"/>
              </w:rPr>
              <w:br/>
              <w:br/>
              <w:t>[NAMA DAN GELAR]</w:t>
              <w:br/>
              <w:t>[NIP/NIDN]</w:t>
            </w:r>
          </w:p>
        </w:tc>
        <w:tc>
          <w:tcPr>
            <w:tcW w:type="dxa" w:w="3968"/>
            <w:vAlign w:val="center"/>
          </w:tcPr>
          <w:p>
            <w:pPr>
              <w:spacing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4"/>
              </w:rPr>
              <w:br/>
              <w:br/>
              <w:t>[NAMA DAN GELAR]</w:t>
              <w:br/>
              <w:t>[NIP/NIDN]</w:t>
            </w:r>
          </w:p>
        </w:tc>
      </w:tr>
    </w:tbl>
    <w:p>
      <w:pPr>
        <w:spacing w:before="36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[TEMPAT], [TANGGAL]</w:t>
        <w:br/>
        <w:t>Ketua Jurusan [JURUSAN]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br/>
        <w:br/>
        <w:t>[NAMA DAN GELAR]</w:t>
        <w:br/>
        <w:t>[NIP]</w:t>
      </w:r>
    </w:p>
    <w:p>
      <w:r>
        <w:br w:type="page"/>
      </w:r>
    </w:p>
    <w:p>
      <w:pPr>
        <w:pStyle w:val="TAFrontHeading"/>
        <w:spacing w:after="360"/>
      </w:pPr>
      <w:r>
        <w:t>HALAMAN PENGESAHAN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SKRIPSI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[JUDUL PENELITIAN]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Disusun oleh: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[NAMA MAHASISWA]</w:t>
      </w:r>
    </w:p>
    <w:p>
      <w:pPr>
        <w:spacing w:before="0" w:after="32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[NIM]</w:t>
      </w:r>
    </w:p>
    <w:p>
      <w:pPr>
        <w:spacing w:before="0" w:after="28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Telah dipertahankan dalam seminar/ujian di depan Dewan Penguji pada tanggal [TANGGAL]</w:t>
      </w:r>
    </w:p>
    <w:p>
      <w:pPr>
        <w:spacing w:before="0" w:after="12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SUSUNAN DEWAN PENGUJI</w:t>
      </w:r>
    </w:p>
    <w:p>
      <w:pPr>
        <w:spacing w:line="240" w:lineRule="auto"/>
      </w:pPr>
      <w:r>
        <w:rPr>
          <w:b w:val="0"/>
        </w:rPr>
        <w:t>Ketua: [NAMA DAN GELAR]</w:t>
      </w:r>
      <w:r>
        <w:t xml:space="preserve">                (............................)</w:t>
      </w:r>
    </w:p>
    <w:p>
      <w:pPr>
        <w:spacing w:line="240" w:lineRule="auto"/>
      </w:pPr>
      <w:r>
        <w:rPr>
          <w:b w:val="0"/>
        </w:rPr>
        <w:t>Anggota: [NAMA DAN GELAR]</w:t>
      </w:r>
      <w:r>
        <w:t xml:space="preserve">                (............................)</w:t>
      </w:r>
    </w:p>
    <w:p>
      <w:pPr>
        <w:spacing w:line="240" w:lineRule="auto"/>
      </w:pPr>
      <w:r>
        <w:rPr>
          <w:b w:val="0"/>
        </w:rPr>
        <w:t>Anggota: [NAMA DAN GELAR]</w:t>
      </w:r>
      <w:r>
        <w:t xml:space="preserve">                (............................)</w:t>
      </w:r>
    </w:p>
    <w:p>
      <w:pPr>
        <w:spacing w:before="32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[TEMPAT], [TANGGAL]</w:t>
        <w:br/>
        <w:t>Ketua Jurusan [JURUSAN]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br/>
        <w:br/>
        <w:t>[NAMA DAN GELAR]</w:t>
        <w:br/>
        <w:t>[NIP]</w:t>
      </w:r>
    </w:p>
    <w:p>
      <w:r>
        <w:br w:type="page"/>
      </w:r>
    </w:p>
    <w:p>
      <w:pPr>
        <w:pStyle w:val="TAFrontHeading"/>
        <w:spacing w:after="360"/>
      </w:pPr>
      <w:r>
        <w:t>HALAMAN PERNYATAAN ORISINALITAS</w:t>
      </w:r>
    </w:p>
    <w:p>
      <w:pPr>
        <w:pStyle w:val="TABody"/>
        <w:spacing w:line="480" w:lineRule="auto"/>
      </w:pPr>
      <w:r>
        <w:t>Skripsi ini adalah hasil karya saya sendiri dan semua sumber, baik yang dikutip maupun dirujuk, telah saya nyatakan dengan benar.</w:t>
      </w:r>
    </w:p>
    <w:p>
      <w:pPr>
        <w:pStyle w:val="TABody"/>
      </w:pPr>
      <w:r>
        <w:br/>
        <w:t>Nama       : [NAMA MAHASISWA]</w:t>
        <w:br/>
        <w:t>NIM        : [NIM]</w:t>
        <w:br/>
        <w:t>Tanda Tangan: [TANDA TANGAN]</w:t>
        <w:br/>
        <w:t>Tanggal    : [TANGGAL]</w:t>
      </w:r>
    </w:p>
    <w:p>
      <w:r>
        <w:br w:type="page"/>
      </w:r>
    </w:p>
    <w:p>
      <w:pPr>
        <w:pStyle w:val="TAFrontHeading"/>
        <w:spacing w:after="360"/>
      </w:pPr>
      <w:r>
        <w:t>HALAMAN PERNYATAAN PERSETUJUAN PUBLIKASI KARYA ILMIAH UNTUK KEPENTINGAN AKADEMIS</w:t>
      </w:r>
    </w:p>
    <w:p>
      <w:pPr>
        <w:pStyle w:val="TAPlaceholder"/>
        <w:spacing w:line="360" w:lineRule="auto"/>
      </w:pPr>
      <w:r>
        <w:t>[Isi pernyataan persetujuan publikasi sesuai formulir resmi Poltekkes Kemenkes Yogyakarta. Jangan mengubah pilihan hak atau menambahkan tanda tangan tanpa persetujuan penulis.]</w:t>
      </w:r>
    </w:p>
    <w:p>
      <w:pPr>
        <w:pStyle w:val="TABody"/>
      </w:pPr>
      <w:r>
        <w:br/>
        <w:t>Dibuat di : [TEMPAT]</w:t>
        <w:br/>
        <w:t>Pada tanggal: [TANGGAL]</w:t>
        <w:br/>
        <w:t>Yang menyatakan,</w:t>
        <w:br/>
        <w:br/>
        <w:br/>
        <w:t>[NAMA MAHASISWA]</w:t>
      </w:r>
    </w:p>
    <w:p>
      <w:r>
        <w:br w:type="page"/>
      </w:r>
    </w:p>
    <w:p>
      <w:pPr>
        <w:pStyle w:val="TAFrontHeading"/>
        <w:spacing w:after="360"/>
      </w:pPr>
      <w:r>
        <w:t>ABSTRAK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[JUDUL PENELITIAN]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[NAMA MAHASISWA], [PEMBIMBING UTAMA], [PEMBIMBING PENDAMPING]</w:t>
      </w:r>
    </w:p>
    <w:p>
      <w:pPr>
        <w:spacing w:before="0" w:after="24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Poltekkes Kemenkes Yogyakarta; [EMAIL KORESPONDENSI]</w:t>
      </w:r>
    </w:p>
    <w:p>
      <w:pPr>
        <w:pStyle w:val="TAAbstract"/>
      </w:pPr>
      <w:r>
        <w:t>[Latar Belakang, Tujuan, Metode, Hasil, Kesimpulan. Tulis 150-250 kata dalam satu paragraf setelah hasil final tersedia.]</w:t>
      </w:r>
    </w:p>
    <w:p>
      <w:pPr>
        <w:pStyle w:val="TAAbstract"/>
        <w:spacing w:before="160"/>
      </w:pPr>
      <w:r>
        <w:t>Kata kunci: [3-5 kata kunci]</w:t>
      </w:r>
    </w:p>
    <w:p>
      <w:r>
        <w:br w:type="page"/>
      </w:r>
    </w:p>
    <w:p>
      <w:pPr>
        <w:pStyle w:val="TAFrontHeading"/>
        <w:spacing w:after="360"/>
      </w:pPr>
      <w:r>
        <w:t>ABSTRACT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[JUDUL PENELITIAN]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[NAMA MAHASISWA], [PEMBIMBING UTAMA], [PEMBIMBING PENDAMPING]</w:t>
      </w:r>
    </w:p>
    <w:p>
      <w:pPr>
        <w:spacing w:before="0" w:after="24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Poltekkes Kemenkes Yogyakarta; [EMAIL KORESPONDENSI]</w:t>
      </w:r>
    </w:p>
    <w:p>
      <w:pPr>
        <w:pStyle w:val="TAAbstract"/>
      </w:pPr>
      <w:r>
        <w:t>[Background, Objective, Methods, Results, Conclusion. Tulis 150-250 kata dalam satu paragraf setelah hasil final tersedia.]</w:t>
      </w:r>
    </w:p>
    <w:p>
      <w:pPr>
        <w:pStyle w:val="TAAbstract"/>
        <w:spacing w:before="160"/>
      </w:pPr>
      <w:r>
        <w:t>Keywords: [3-5 keywords]</w:t>
      </w:r>
    </w:p>
    <w:p>
      <w:r>
        <w:br w:type="page"/>
      </w:r>
    </w:p>
    <w:p>
      <w:pPr>
        <w:pStyle w:val="TAFrontHeading"/>
        <w:spacing w:after="360"/>
      </w:pPr>
      <w:r>
        <w:t>KATA PENGANTAR</w:t>
      </w:r>
    </w:p>
    <w:p>
      <w:pPr>
        <w:pStyle w:val="TAPlaceholder"/>
        <w:spacing w:line="360" w:lineRule="auto"/>
      </w:pPr>
      <w:r>
        <w:t>[Tulis kata pengantar singkat dan ucapan terima kasih berdasarkan kontribusi nyata. Urutkan pihak luar/institusional sebelum keluarga atau teman.]</w:t>
      </w:r>
    </w:p>
    <w:p>
      <w:pPr>
        <w:spacing w:before="120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[TEMPAT], [TANGGAL]</w:t>
        <w:br/>
        <w:t>Penulis</w:t>
      </w:r>
    </w:p>
    <w:p>
      <w:r>
        <w:br w:type="page"/>
      </w:r>
    </w:p>
    <w:p>
      <w:pPr>
        <w:pStyle w:val="TAFrontHeading"/>
        <w:spacing w:after="360"/>
      </w:pPr>
      <w:r>
        <w:t>DAFTAR ISI</w:t>
      </w:r>
    </w:p>
    <w:p>
      <w:pPr>
        <w:spacing w:line="240" w:lineRule="auto"/>
      </w:pPr>
      <w:r>
        <w:fldChar w:fldCharType="begin"/>
        <w:instrText xml:space="preserve">TOC \o "1-3" \h \z \u</w:instrText>
        <w:fldChar w:fldCharType="separate"/>
      </w:r>
      <w:r>
        <w:rPr>
          <w:rFonts w:ascii="Times New Roman" w:hAnsi="Times New Roman" w:eastAsia="Times New Roman"/>
          <w:i/>
          <w:color w:val="505050"/>
          <w:sz w:val="24"/>
        </w:rPr>
        <w:t>[Klik kanan lalu pilih Update Field di Microsoft Word]</w:t>
      </w:r>
      <w:r>
        <w:fldChar w:fldCharType="end"/>
      </w:r>
    </w:p>
    <w:p>
      <w:r>
        <w:br w:type="page"/>
      </w:r>
    </w:p>
    <w:p>
      <w:pPr>
        <w:pStyle w:val="TAFrontHeading"/>
        <w:spacing w:after="360"/>
      </w:pPr>
      <w:r>
        <w:t>DAFTAR TABEL</w:t>
      </w:r>
    </w:p>
    <w:p>
      <w:pPr>
        <w:spacing w:line="240" w:lineRule="auto"/>
      </w:pPr>
      <w:r>
        <w:fldChar w:fldCharType="begin"/>
        <w:instrText xml:space="preserve">TOC \h \z \c "Tabel"</w:instrText>
        <w:fldChar w:fldCharType="separate"/>
      </w:r>
      <w:r>
        <w:rPr>
          <w:rFonts w:ascii="Times New Roman" w:hAnsi="Times New Roman" w:eastAsia="Times New Roman"/>
          <w:i/>
          <w:color w:val="505050"/>
          <w:sz w:val="24"/>
        </w:rPr>
        <w:t>[Klik kanan lalu pilih Update Field di Microsoft Word]</w:t>
      </w:r>
      <w:r>
        <w:fldChar w:fldCharType="end"/>
      </w:r>
    </w:p>
    <w:p>
      <w:r>
        <w:br w:type="page"/>
      </w:r>
    </w:p>
    <w:p>
      <w:pPr>
        <w:pStyle w:val="TAFrontHeading"/>
        <w:spacing w:after="360"/>
      </w:pPr>
      <w:r>
        <w:t>DAFTAR GAMBAR</w:t>
      </w:r>
    </w:p>
    <w:p>
      <w:pPr>
        <w:spacing w:line="240" w:lineRule="auto"/>
      </w:pPr>
      <w:r>
        <w:fldChar w:fldCharType="begin"/>
        <w:instrText xml:space="preserve">TOC \h \z \c "Gambar"</w:instrText>
        <w:fldChar w:fldCharType="separate"/>
      </w:r>
      <w:r>
        <w:rPr>
          <w:rFonts w:ascii="Times New Roman" w:hAnsi="Times New Roman" w:eastAsia="Times New Roman"/>
          <w:i/>
          <w:color w:val="505050"/>
          <w:sz w:val="24"/>
        </w:rPr>
        <w:t>[Klik kanan lalu pilih Update Field di Microsoft Word]</w:t>
      </w:r>
      <w:r>
        <w:fldChar w:fldCharType="end"/>
      </w:r>
    </w:p>
    <w:p>
      <w:r>
        <w:br w:type="page"/>
      </w:r>
    </w:p>
    <w:p>
      <w:pPr>
        <w:pStyle w:val="TAFrontHeading"/>
        <w:spacing w:after="360"/>
      </w:pPr>
      <w:r>
        <w:t>DAFTAR LAMPIRAN</w:t>
      </w:r>
    </w:p>
    <w:p>
      <w:pPr>
        <w:spacing w:line="240" w:lineRule="auto"/>
      </w:pPr>
      <w:r>
        <w:fldChar w:fldCharType="begin"/>
        <w:instrText xml:space="preserve">TOC \h \z \c "Lampiran"</w:instrText>
        <w:fldChar w:fldCharType="separate"/>
      </w:r>
      <w:r>
        <w:rPr>
          <w:rFonts w:ascii="Times New Roman" w:hAnsi="Times New Roman" w:eastAsia="Times New Roman"/>
          <w:i/>
          <w:color w:val="505050"/>
          <w:sz w:val="24"/>
        </w:rPr>
        <w:t>[Klik kanan lalu pilih Update Field di Microsoft Word]</w:t>
      </w:r>
      <w:r>
        <w:fldChar w:fldCharType="end"/>
      </w:r>
    </w:p>
    <w:p>
      <w:pPr>
        <w:sectPr>
          <w:headerReference w:type="default" r:id="rId12"/>
          <w:headerReference w:type="first" r:id="rId13"/>
          <w:footerReference w:type="default" r:id="rId14"/>
          <w:footerReference w:type="first" r:id="rId15"/>
          <w:pgSz w:w="11906" w:h="16838"/>
          <w:pgMar w:top="2268" w:right="1701" w:bottom="1701" w:left="2268" w:header="850" w:footer="1417" w:gutter="0"/>
          <w:cols w:space="720"/>
          <w:titlePg/>
          <w:docGrid w:linePitch="360"/>
          <w:pgNumType w:fmt="lowerRoman" w:start="1"/>
        </w:sectPr>
      </w:pPr>
    </w:p>
    <w:p>
      <w:pPr>
        <w:pStyle w:val="TABab"/>
      </w:pPr>
      <w:r>
        <w:t>BAB I</w:t>
      </w:r>
    </w:p>
    <w:p>
      <w:pPr>
        <w:pStyle w:val="TABab"/>
      </w:pPr>
      <w:r>
        <w:t>PENDAHULUAN</w:t>
      </w:r>
    </w:p>
    <w:p>
      <w:pPr>
        <w:pStyle w:val="TASubbab"/>
      </w:pPr>
      <w:r>
        <w:t>A. Latar Belakang</w:t>
      </w:r>
    </w:p>
    <w:p>
      <w:pPr>
        <w:pStyle w:val="TAPlaceholder"/>
      </w:pPr>
      <w:r>
        <w:t>[Tulis latar belakang berdasarkan data, metode, dan sumber yang terverifikasi.]</w:t>
      </w:r>
    </w:p>
    <w:p>
      <w:pPr>
        <w:pStyle w:val="TASubbab"/>
      </w:pPr>
      <w:r>
        <w:t>B. Rumusan Masalah</w:t>
      </w:r>
    </w:p>
    <w:p>
      <w:pPr>
        <w:pStyle w:val="TAPlaceholder"/>
      </w:pPr>
      <w:r>
        <w:t>[Tulis rumusan masalah berdasarkan data, metode, dan sumber yang terverifikasi.]</w:t>
      </w:r>
    </w:p>
    <w:p>
      <w:pPr>
        <w:pStyle w:val="TASubbab"/>
      </w:pPr>
      <w:r>
        <w:t>C. Tujuan Penelitian</w:t>
      </w:r>
    </w:p>
    <w:p>
      <w:pPr>
        <w:pStyle w:val="TAPlaceholder"/>
      </w:pPr>
      <w:r>
        <w:t>[Tulis tujuan penelitian berdasarkan data, metode, dan sumber yang terverifikasi.]</w:t>
      </w:r>
    </w:p>
    <w:p>
      <w:pPr>
        <w:pStyle w:val="TASubbab"/>
      </w:pPr>
      <w:r>
        <w:t>D. Ruang Lingkup</w:t>
      </w:r>
    </w:p>
    <w:p>
      <w:pPr>
        <w:pStyle w:val="TAPlaceholder"/>
      </w:pPr>
      <w:r>
        <w:t>[Tulis ruang lingkup berdasarkan data, metode, dan sumber yang terverifikasi.]</w:t>
      </w:r>
    </w:p>
    <w:p>
      <w:pPr>
        <w:pStyle w:val="TASubbab"/>
      </w:pPr>
      <w:r>
        <w:t>E. Manfaat Penelitian</w:t>
      </w:r>
    </w:p>
    <w:p>
      <w:pPr>
        <w:pStyle w:val="TAPlaceholder"/>
      </w:pPr>
      <w:r>
        <w:t>[Tulis manfaat penelitian berdasarkan data, metode, dan sumber yang terverifikasi.]</w:t>
      </w:r>
    </w:p>
    <w:p>
      <w:pPr>
        <w:pStyle w:val="TASubbab"/>
      </w:pPr>
      <w:r>
        <w:t>F. Keaslian Penelitian</w:t>
      </w:r>
    </w:p>
    <w:p>
      <w:pPr>
        <w:pStyle w:val="TAPlaceholder"/>
      </w:pPr>
      <w:r>
        <w:t>[Tulis keaslian penelitian berdasarkan data, metode, dan sumber yang terverifikasi.]</w:t>
      </w:r>
    </w:p>
    <w:p>
      <w:pPr>
        <w:sectPr>
          <w:headerReference w:type="default" r:id="rId16"/>
          <w:headerReference w:type="first" r:id="rId17"/>
          <w:footerReference w:type="default" r:id="rId18"/>
          <w:footerReference w:type="first" r:id="rId19"/>
          <w:pgSz w:w="11906" w:h="16838"/>
          <w:pgMar w:top="2268" w:right="1701" w:bottom="1701" w:left="2268" w:header="850" w:footer="1417" w:gutter="0"/>
          <w:cols w:space="720"/>
          <w:titlePg/>
          <w:docGrid w:linePitch="360"/>
          <w:pgNumType w:fmt="decimal" w:start="1"/>
        </w:sectPr>
      </w:pPr>
    </w:p>
    <w:p>
      <w:pPr>
        <w:pStyle w:val="TABab"/>
      </w:pPr>
      <w:r>
        <w:t>BAB II</w:t>
      </w:r>
    </w:p>
    <w:p>
      <w:pPr>
        <w:pStyle w:val="TABab"/>
      </w:pPr>
      <w:r>
        <w:t>TINJAUAN PUSTAKA</w:t>
      </w:r>
    </w:p>
    <w:p>
      <w:pPr>
        <w:pStyle w:val="TASubbab"/>
      </w:pPr>
      <w:r>
        <w:t>A. Telaah Pustaka</w:t>
      </w:r>
    </w:p>
    <w:p>
      <w:pPr>
        <w:pStyle w:val="TAPlaceholder"/>
      </w:pPr>
      <w:r>
        <w:t>[Tulis telaah pustaka berdasarkan data, metode, dan sumber yang terverifikasi.]</w:t>
      </w:r>
    </w:p>
    <w:p>
      <w:pPr>
        <w:pStyle w:val="TASubbab"/>
      </w:pPr>
      <w:r>
        <w:t>B. Kerangka Teori atau Landasan Teori</w:t>
      </w:r>
    </w:p>
    <w:p>
      <w:pPr>
        <w:pStyle w:val="TAPlaceholder"/>
      </w:pPr>
      <w:r>
        <w:t>[Tulis kerangka teori atau landasan teori berdasarkan data, metode, dan sumber yang terverifikasi.]</w:t>
      </w:r>
    </w:p>
    <w:p>
      <w:pPr>
        <w:pStyle w:val="TASubbab"/>
      </w:pPr>
      <w:r>
        <w:t>C. Kerangka Konsep</w:t>
      </w:r>
    </w:p>
    <w:p>
      <w:pPr>
        <w:pStyle w:val="TAPlaceholder"/>
      </w:pPr>
      <w:r>
        <w:t>[Tulis kerangka konsep berdasarkan data, metode, dan sumber yang terverifikasi.]</w:t>
      </w:r>
    </w:p>
    <w:p>
      <w:pPr>
        <w:pStyle w:val="TASubbab"/>
      </w:pPr>
      <w:r>
        <w:t>D. Hipotesis atau Pertanyaan Penelitian</w:t>
      </w:r>
    </w:p>
    <w:p>
      <w:pPr>
        <w:pStyle w:val="TAPlaceholder"/>
      </w:pPr>
      <w:r>
        <w:t>[Tulis hipotesis atau pertanyaan penelitian berdasarkan data, metode, dan sumber yang terverifikasi.]</w:t>
      </w:r>
    </w:p>
    <w:p>
      <w:pPr>
        <w:sectPr>
          <w:headerReference w:type="default" r:id="rId20"/>
          <w:headerReference w:type="first" r:id="rId21"/>
          <w:footerReference w:type="default" r:id="rId22"/>
          <w:footerReference w:type="first" r:id="rId23"/>
          <w:pgSz w:w="11906" w:h="16838"/>
          <w:pgMar w:top="2268" w:right="1701" w:bottom="1701" w:left="2268" w:header="850" w:footer="1417" w:gutter="0"/>
          <w:cols w:space="720"/>
          <w:titlePg/>
          <w:docGrid w:linePitch="360"/>
          <w:pgNumType w:fmt="decimal"/>
        </w:sectPr>
      </w:pPr>
    </w:p>
    <w:p>
      <w:pPr>
        <w:pStyle w:val="TABab"/>
      </w:pPr>
      <w:r>
        <w:t>BAB III</w:t>
      </w:r>
    </w:p>
    <w:p>
      <w:pPr>
        <w:pStyle w:val="TABab"/>
      </w:pPr>
      <w:r>
        <w:t>METODE PENELITIAN</w:t>
      </w:r>
    </w:p>
    <w:p>
      <w:pPr>
        <w:pStyle w:val="TASubbab"/>
      </w:pPr>
      <w:r>
        <w:t>A. Jenis dan Desain Penelitian</w:t>
      </w:r>
    </w:p>
    <w:p>
      <w:pPr>
        <w:pStyle w:val="TAPlaceholder"/>
      </w:pPr>
      <w:r>
        <w:t>[Tulis jenis dan desain penelitian berdasarkan data, metode, dan sumber yang terverifikasi.]</w:t>
      </w:r>
    </w:p>
    <w:p>
      <w:pPr>
        <w:pStyle w:val="TASubbab"/>
      </w:pPr>
      <w:r>
        <w:t>B. Rancangan Percobaan (Bila Ada)</w:t>
      </w:r>
    </w:p>
    <w:p>
      <w:pPr>
        <w:pStyle w:val="TAPlaceholder"/>
      </w:pPr>
      <w:r>
        <w:t>[Tulis rancangan percobaan (bila ada) berdasarkan data, metode, dan sumber yang terverifikasi.]</w:t>
      </w:r>
    </w:p>
    <w:p>
      <w:pPr>
        <w:pStyle w:val="TASubbab"/>
      </w:pPr>
      <w:r>
        <w:t>C. Populasi dan Sampel atau Partisipan</w:t>
      </w:r>
    </w:p>
    <w:p>
      <w:pPr>
        <w:pStyle w:val="TAPlaceholder"/>
      </w:pPr>
      <w:r>
        <w:t>[Tulis populasi dan sampel atau partisipan berdasarkan data, metode, dan sumber yang terverifikasi.]</w:t>
      </w:r>
    </w:p>
    <w:p>
      <w:pPr>
        <w:pStyle w:val="TASubbab"/>
      </w:pPr>
      <w:r>
        <w:t>D. Waktu dan Tempat</w:t>
      </w:r>
    </w:p>
    <w:p>
      <w:pPr>
        <w:pStyle w:val="TAPlaceholder"/>
      </w:pPr>
      <w:r>
        <w:t>[Tulis waktu dan tempat berdasarkan data, metode, dan sumber yang terverifikasi.]</w:t>
      </w:r>
    </w:p>
    <w:p>
      <w:pPr>
        <w:pStyle w:val="TASubbab"/>
      </w:pPr>
      <w:r>
        <w:t>E. Variabel Penelitian atau Aspek yang Diteliti</w:t>
      </w:r>
    </w:p>
    <w:p>
      <w:pPr>
        <w:pStyle w:val="TAPlaceholder"/>
      </w:pPr>
      <w:r>
        <w:t>[Tulis variabel penelitian atau aspek yang diteliti berdasarkan data, metode, dan sumber yang terverifikasi.]</w:t>
      </w:r>
    </w:p>
    <w:p>
      <w:pPr>
        <w:pStyle w:val="TASubbab"/>
      </w:pPr>
      <w:r>
        <w:t>F. Definisi Operasional</w:t>
      </w:r>
    </w:p>
    <w:p>
      <w:pPr>
        <w:pStyle w:val="TAPlaceholder"/>
      </w:pPr>
      <w:r>
        <w:t>[Tulis definisi operasional berdasarkan data, metode, dan sumber yang terverifikasi.]</w:t>
      </w:r>
    </w:p>
    <w:p>
      <w:pPr>
        <w:pStyle w:val="TASubbab"/>
      </w:pPr>
      <w:r>
        <w:t>G. Jenis dan Teknik Pengumpulan Data</w:t>
      </w:r>
    </w:p>
    <w:p>
      <w:pPr>
        <w:pStyle w:val="TAPlaceholder"/>
      </w:pPr>
      <w:r>
        <w:t>[Tulis jenis dan teknik pengumpulan data berdasarkan data, metode, dan sumber yang terverifikasi.]</w:t>
      </w:r>
    </w:p>
    <w:p>
      <w:pPr>
        <w:pStyle w:val="TASubbab"/>
      </w:pPr>
      <w:r>
        <w:t>H. Instrumen dan Bahan Penelitian</w:t>
      </w:r>
    </w:p>
    <w:p>
      <w:pPr>
        <w:pStyle w:val="TAPlaceholder"/>
      </w:pPr>
      <w:r>
        <w:t>[Tulis instrumen dan bahan penelitian berdasarkan data, metode, dan sumber yang terverifikasi.]</w:t>
      </w:r>
    </w:p>
    <w:p>
      <w:pPr>
        <w:pStyle w:val="TASubbab"/>
      </w:pPr>
      <w:r>
        <w:t>I. Uji Validitas dan Reliabilitas atau Keabsahan Data</w:t>
      </w:r>
    </w:p>
    <w:p>
      <w:pPr>
        <w:pStyle w:val="TAPlaceholder"/>
      </w:pPr>
      <w:r>
        <w:t>[Tulis uji validitas dan reliabilitas atau keabsahan data berdasarkan data, metode, dan sumber yang terverifikasi.]</w:t>
      </w:r>
    </w:p>
    <w:p>
      <w:pPr>
        <w:pStyle w:val="TASubbab"/>
      </w:pPr>
      <w:r>
        <w:t>J. Prosedur Penelitian</w:t>
      </w:r>
    </w:p>
    <w:p>
      <w:pPr>
        <w:pStyle w:val="TAPlaceholder"/>
      </w:pPr>
      <w:r>
        <w:t>[Tulis prosedur penelitian berdasarkan data, metode, dan sumber yang terverifikasi.]</w:t>
      </w:r>
    </w:p>
    <w:p>
      <w:pPr>
        <w:pStyle w:val="TASubbab"/>
      </w:pPr>
      <w:r>
        <w:t>K. Manajemen dan Analisis Data</w:t>
      </w:r>
    </w:p>
    <w:p>
      <w:pPr>
        <w:pStyle w:val="TAPlaceholder"/>
      </w:pPr>
      <w:r>
        <w:t>[Tulis manajemen dan analisis data berdasarkan data, metode, dan sumber yang terverifikasi.]</w:t>
      </w:r>
    </w:p>
    <w:p>
      <w:pPr>
        <w:pStyle w:val="TASubbab"/>
      </w:pPr>
      <w:r>
        <w:t>L. Etika Penelitian</w:t>
      </w:r>
    </w:p>
    <w:p>
      <w:pPr>
        <w:pStyle w:val="TAPlaceholder"/>
      </w:pPr>
      <w:r>
        <w:t>[Tulis etika penelitian berdasarkan data, metode, dan sumber yang terverifikasi.]</w:t>
      </w:r>
    </w:p>
    <w:p>
      <w:pPr>
        <w:pStyle w:val="TASubbab"/>
      </w:pPr>
      <w:r>
        <w:t>M. Kelemahan dan Kesulitan Penelitian</w:t>
      </w:r>
    </w:p>
    <w:p>
      <w:pPr>
        <w:pStyle w:val="TAPlaceholder"/>
      </w:pPr>
      <w:r>
        <w:t>[Tulis kelemahan dan kesulitan penelitian berdasarkan data, metode, dan sumber yang terverifikasi.]</w:t>
      </w:r>
    </w:p>
    <w:p>
      <w:pPr>
        <w:sectPr>
          <w:headerReference w:type="default" r:id="rId24"/>
          <w:headerReference w:type="first" r:id="rId25"/>
          <w:footerReference w:type="default" r:id="rId26"/>
          <w:footerReference w:type="first" r:id="rId27"/>
          <w:pgSz w:w="11906" w:h="16838"/>
          <w:pgMar w:top="2268" w:right="1701" w:bottom="1701" w:left="2268" w:header="850" w:footer="1417" w:gutter="0"/>
          <w:cols w:space="720"/>
          <w:titlePg/>
          <w:docGrid w:linePitch="360"/>
          <w:pgNumType w:fmt="decimal"/>
        </w:sectPr>
      </w:pPr>
    </w:p>
    <w:p>
      <w:pPr>
        <w:pStyle w:val="TABab"/>
      </w:pPr>
      <w:r>
        <w:t>BAB IV</w:t>
      </w:r>
    </w:p>
    <w:p>
      <w:pPr>
        <w:pStyle w:val="TABab"/>
      </w:pPr>
      <w:r>
        <w:t>HASIL DAN PEMBAHASAN</w:t>
      </w:r>
    </w:p>
    <w:p>
      <w:pPr>
        <w:pStyle w:val="TASubbab"/>
      </w:pPr>
      <w:r>
        <w:t>A. Hasil Penelitian</w:t>
      </w:r>
    </w:p>
    <w:p>
      <w:pPr>
        <w:pStyle w:val="TAPlaceholder"/>
      </w:pPr>
      <w:r>
        <w:t>[Tulis hasil penelitian berdasarkan data, metode, dan sumber yang terverifikasi.]</w:t>
      </w:r>
    </w:p>
    <w:p>
      <w:pPr>
        <w:pStyle w:val="TASubbab"/>
      </w:pPr>
      <w:r>
        <w:t>B. Pembahasan</w:t>
      </w:r>
    </w:p>
    <w:p>
      <w:pPr>
        <w:pStyle w:val="TAPlaceholder"/>
      </w:pPr>
      <w:r>
        <w:t>[Tulis pembahasan berdasarkan data, metode, dan sumber yang terverifikasi.]</w:t>
      </w:r>
    </w:p>
    <w:p>
      <w:pPr>
        <w:sectPr>
          <w:headerReference w:type="default" r:id="rId28"/>
          <w:headerReference w:type="first" r:id="rId29"/>
          <w:footerReference w:type="default" r:id="rId30"/>
          <w:footerReference w:type="first" r:id="rId31"/>
          <w:pgSz w:w="11906" w:h="16838"/>
          <w:pgMar w:top="2268" w:right="1701" w:bottom="1701" w:left="2268" w:header="850" w:footer="1417" w:gutter="0"/>
          <w:cols w:space="720"/>
          <w:titlePg/>
          <w:docGrid w:linePitch="360"/>
          <w:pgNumType w:fmt="decimal"/>
        </w:sectPr>
      </w:pPr>
    </w:p>
    <w:p>
      <w:pPr>
        <w:pStyle w:val="TABab"/>
      </w:pPr>
      <w:r>
        <w:t>BAB V</w:t>
      </w:r>
    </w:p>
    <w:p>
      <w:pPr>
        <w:pStyle w:val="TABab"/>
      </w:pPr>
      <w:r>
        <w:t>KESIMPULAN DAN SARAN</w:t>
      </w:r>
    </w:p>
    <w:p>
      <w:pPr>
        <w:pStyle w:val="TASubbab"/>
      </w:pPr>
      <w:r>
        <w:t>A. Kesimpulan</w:t>
      </w:r>
    </w:p>
    <w:p>
      <w:pPr>
        <w:pStyle w:val="TAPlaceholder"/>
      </w:pPr>
      <w:r>
        <w:t>[Tulis kesimpulan berdasarkan data, metode, dan sumber yang terverifikasi.]</w:t>
      </w:r>
    </w:p>
    <w:p>
      <w:pPr>
        <w:pStyle w:val="TASubbab"/>
      </w:pPr>
      <w:r>
        <w:t>B. Saran</w:t>
      </w:r>
    </w:p>
    <w:p>
      <w:pPr>
        <w:pStyle w:val="TAPlaceholder"/>
      </w:pPr>
      <w:r>
        <w:t>[Tulis saran berdasarkan data, metode, dan sumber yang terverifikasi.]</w:t>
      </w:r>
    </w:p>
    <w:p>
      <w:pPr>
        <w:sectPr>
          <w:headerReference w:type="default" r:id="rId32"/>
          <w:headerReference w:type="first" r:id="rId33"/>
          <w:footerReference w:type="default" r:id="rId34"/>
          <w:footerReference w:type="first" r:id="rId35"/>
          <w:pgSz w:w="11906" w:h="16838"/>
          <w:pgMar w:top="2268" w:right="1701" w:bottom="1701" w:left="2268" w:header="850" w:footer="1417" w:gutter="0"/>
          <w:cols w:space="720"/>
          <w:titlePg/>
          <w:docGrid w:linePitch="360"/>
          <w:pgNumType w:fmt="decimal"/>
        </w:sectPr>
      </w:pPr>
    </w:p>
    <w:p>
      <w:pPr>
        <w:pStyle w:val="TABab"/>
      </w:pPr>
      <w:r>
        <w:t>DAFTAR PUSTAKA</w:t>
      </w:r>
    </w:p>
    <w:p>
      <w:pPr>
        <w:pStyle w:val="TAPlaceholder"/>
      </w:pPr>
      <w:r>
        <w:t>[Masukkan semua sumber terverifikasi dengan gaya Harvard author-date. Proposal minimal 15 sumber; skripsi final minimal 20 sumber. Gunakan style TA References.]</w:t>
      </w:r>
    </w:p>
    <w:p>
      <w:pPr>
        <w:sectPr>
          <w:headerReference w:type="default" r:id="rId36"/>
          <w:footerReference w:type="default" r:id="rId37"/>
          <w:pgSz w:w="11906" w:h="16838"/>
          <w:pgMar w:top="2268" w:right="1701" w:bottom="1701" w:left="2268" w:header="850" w:footer="1417" w:gutter="0"/>
          <w:cols w:space="720"/>
          <w:docGrid w:linePitch="360"/>
          <w:pgNumType w:fmt="decimal"/>
        </w:sectPr>
      </w:pPr>
    </w:p>
    <w:p>
      <w:pPr>
        <w:pStyle w:val="TABab"/>
      </w:pPr>
      <w:r>
        <w:t>LAMPIRAN</w:t>
      </w:r>
    </w:p>
    <w:p>
      <w:pPr>
        <w:pStyle w:val="TAPlaceholder"/>
      </w:pPr>
      <w:r>
        <w:t>[Masukkan hanya lampiran yang relevan: instrumen, PSP/informed consent, izin, etik, output analisis, dokumentasi, RAB, jadwal, dan bukti pendukung. Gunakan section landscape bila tabel memerlukan.]</w:t>
      </w:r>
    </w:p>
    <w:sectPr w:rsidR="00FC693F" w:rsidRPr="0006063C" w:rsidSect="00034616">
      <w:headerReference w:type="default" r:id="rId38"/>
      <w:footerReference w:type="default" r:id="rId39"/>
      <w:pgSz w:w="11906" w:h="16838"/>
      <w:pgMar w:top="2268" w:right="1701" w:bottom="1701" w:left="2268" w:header="850" w:footer="1417" w:gutter="0"/>
      <w:cols w:space="720"/>
      <w:docGrid w:linePitch="360"/>
      <w:pgNumType w:fmt="decima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ftr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ftr>
</file>

<file path=word/footer1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1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ftr>
</file>

<file path=word/footer1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1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ftr>
</file>

<file path=word/footer1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1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1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header1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1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header1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1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header1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before="0" w:after="0"/>
      <w:ind w:firstLine="709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ody">
    <w:name w:val="TA Body"/>
    <w:pPr>
      <w:spacing w:line="480" w:lineRule="auto" w:before="0" w:after="0"/>
      <w:ind w:firstLine="709"/>
      <w:jc w:val="both"/>
    </w:pPr>
    <w:rPr>
      <w:rFonts w:ascii="Times New Roman" w:hAnsi="Times New Roman" w:eastAsia="Times New Roman"/>
      <w:b w:val="0"/>
      <w:i w:val="0"/>
      <w:sz w:val="24"/>
    </w:rPr>
  </w:style>
  <w:style w:type="paragraph" w:customStyle="1" w:styleId="TABab">
    <w:name w:val="TA Bab"/>
    <w:pPr>
      <w:keepNext/>
      <w:keepLines/>
      <w:spacing w:line="480" w:lineRule="auto" w:before="0" w:after="0"/>
      <w:jc w:val="center"/>
      <w:outlineLvl w:val="0"/>
    </w:pPr>
    <w:rPr>
      <w:rFonts w:ascii="Times New Roman" w:hAnsi="Times New Roman" w:eastAsia="Times New Roman"/>
      <w:b/>
      <w:i w:val="0"/>
      <w:sz w:val="24"/>
    </w:rPr>
  </w:style>
  <w:style w:type="paragraph" w:customStyle="1" w:styleId="TASubbab">
    <w:name w:val="TA Subbab"/>
    <w:pPr>
      <w:keepNext/>
      <w:keepLines/>
      <w:spacing w:line="480" w:lineRule="auto" w:before="0" w:after="0"/>
      <w:jc w:val="left"/>
      <w:outlineLvl w:val="1"/>
    </w:pPr>
    <w:rPr>
      <w:rFonts w:ascii="Times New Roman" w:hAnsi="Times New Roman" w:eastAsia="Times New Roman"/>
      <w:b/>
      <w:i w:val="0"/>
      <w:sz w:val="24"/>
    </w:rPr>
  </w:style>
  <w:style w:type="paragraph" w:customStyle="1" w:styleId="TAAnakSubbab">
    <w:name w:val="TA Anak Subbab"/>
    <w:pPr>
      <w:keepNext/>
      <w:keepLines/>
      <w:spacing w:line="480" w:lineRule="auto" w:before="0" w:after="0"/>
      <w:jc w:val="left"/>
      <w:outlineLvl w:val="2"/>
    </w:pPr>
    <w:rPr>
      <w:rFonts w:ascii="Times New Roman" w:hAnsi="Times New Roman" w:eastAsia="Times New Roman"/>
      <w:b w:val="0"/>
      <w:i w:val="0"/>
      <w:sz w:val="24"/>
    </w:rPr>
  </w:style>
  <w:style w:type="paragraph" w:customStyle="1" w:styleId="TACaption">
    <w:name w:val="TA Caption"/>
    <w:pPr>
      <w:spacing w:line="240" w:lineRule="auto" w:before="0" w:after="0"/>
      <w:jc w:val="center"/>
    </w:pPr>
    <w:rPr>
      <w:rFonts w:ascii="Times New Roman" w:hAnsi="Times New Roman" w:eastAsia="Times New Roman"/>
      <w:b w:val="0"/>
      <w:i w:val="0"/>
      <w:sz w:val="24"/>
    </w:rPr>
  </w:style>
  <w:style w:type="paragraph" w:customStyle="1" w:styleId="TAPlaceholder">
    <w:name w:val="TA Placeholder"/>
    <w:pPr>
      <w:spacing w:line="480" w:lineRule="auto" w:before="0" w:after="0"/>
      <w:ind w:firstLine="709"/>
      <w:jc w:val="both"/>
    </w:pPr>
    <w:rPr>
      <w:rFonts w:ascii="Times New Roman" w:hAnsi="Times New Roman" w:eastAsia="Times New Roman"/>
      <w:b w:val="0"/>
      <w:i/>
      <w:color w:val="505050"/>
      <w:sz w:val="24"/>
    </w:rPr>
  </w:style>
  <w:style w:type="paragraph" w:customStyle="1" w:styleId="TAFrontHeading">
    <w:name w:val="TA Front Heading"/>
    <w:pPr>
      <w:spacing w:line="240" w:lineRule="auto" w:before="0" w:after="0"/>
      <w:jc w:val="center"/>
    </w:pPr>
    <w:rPr>
      <w:rFonts w:ascii="Times New Roman" w:hAnsi="Times New Roman" w:eastAsia="Times New Roman"/>
      <w:b/>
      <w:i w:val="0"/>
      <w:sz w:val="24"/>
    </w:rPr>
  </w:style>
  <w:style w:type="paragraph" w:customStyle="1" w:styleId="TAAbstract">
    <w:name w:val="TA Abstract"/>
    <w:pPr>
      <w:spacing w:line="240" w:lineRule="auto" w:before="0" w:after="0"/>
      <w:jc w:val="both"/>
    </w:pPr>
    <w:rPr>
      <w:rFonts w:ascii="Times New Roman" w:hAnsi="Times New Roman" w:eastAsia="Times New Roman"/>
      <w:b w:val="0"/>
      <w:i w:val="0"/>
      <w:sz w:val="24"/>
    </w:rPr>
  </w:style>
  <w:style w:type="paragraph" w:customStyle="1" w:styleId="TAReferences">
    <w:name w:val="TA References"/>
    <w:pPr>
      <w:spacing w:line="240" w:lineRule="auto" w:before="0" w:after="0"/>
      <w:ind w:hanging="567" w:left="567"/>
      <w:jc w:val="left"/>
    </w:pPr>
    <w:rPr>
      <w:rFonts w:ascii="Times New Roman" w:hAnsi="Times New Roman" w:eastAsia="Times New Roman"/>
      <w:b w:val="0"/>
      <w:i w:val="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header" Target="header5.xml"/><Relationship Id="rId18" Type="http://schemas.openxmlformats.org/officeDocument/2006/relationships/footer" Target="footer4.xml"/><Relationship Id="rId19" Type="http://schemas.openxmlformats.org/officeDocument/2006/relationships/footer" Target="footer5.xml"/><Relationship Id="rId20" Type="http://schemas.openxmlformats.org/officeDocument/2006/relationships/header" Target="header6.xml"/><Relationship Id="rId21" Type="http://schemas.openxmlformats.org/officeDocument/2006/relationships/header" Target="header7.xml"/><Relationship Id="rId22" Type="http://schemas.openxmlformats.org/officeDocument/2006/relationships/footer" Target="footer6.xml"/><Relationship Id="rId23" Type="http://schemas.openxmlformats.org/officeDocument/2006/relationships/footer" Target="footer7.xml"/><Relationship Id="rId24" Type="http://schemas.openxmlformats.org/officeDocument/2006/relationships/header" Target="header8.xml"/><Relationship Id="rId25" Type="http://schemas.openxmlformats.org/officeDocument/2006/relationships/header" Target="header9.xml"/><Relationship Id="rId26" Type="http://schemas.openxmlformats.org/officeDocument/2006/relationships/footer" Target="footer8.xml"/><Relationship Id="rId27" Type="http://schemas.openxmlformats.org/officeDocument/2006/relationships/footer" Target="footer9.xml"/><Relationship Id="rId28" Type="http://schemas.openxmlformats.org/officeDocument/2006/relationships/header" Target="header10.xml"/><Relationship Id="rId29" Type="http://schemas.openxmlformats.org/officeDocument/2006/relationships/header" Target="header11.xml"/><Relationship Id="rId30" Type="http://schemas.openxmlformats.org/officeDocument/2006/relationships/footer" Target="footer10.xml"/><Relationship Id="rId31" Type="http://schemas.openxmlformats.org/officeDocument/2006/relationships/footer" Target="footer11.xml"/><Relationship Id="rId32" Type="http://schemas.openxmlformats.org/officeDocument/2006/relationships/header" Target="header12.xml"/><Relationship Id="rId33" Type="http://schemas.openxmlformats.org/officeDocument/2006/relationships/header" Target="header13.xml"/><Relationship Id="rId34" Type="http://schemas.openxmlformats.org/officeDocument/2006/relationships/footer" Target="footer12.xml"/><Relationship Id="rId35" Type="http://schemas.openxmlformats.org/officeDocument/2006/relationships/footer" Target="footer13.xml"/><Relationship Id="rId36" Type="http://schemas.openxmlformats.org/officeDocument/2006/relationships/header" Target="header14.xml"/><Relationship Id="rId37" Type="http://schemas.openxmlformats.org/officeDocument/2006/relationships/footer" Target="footer14.xml"/><Relationship Id="rId38" Type="http://schemas.openxmlformats.org/officeDocument/2006/relationships/header" Target="header15.xml"/><Relationship Id="rId39" Type="http://schemas.openxmlformats.org/officeDocument/2006/relationships/footer" Target="foot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