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EnglishBodyLTR"/>
      <w:bidi w:val="0"/>
      <w:spacing w:after="0"/>
      <w:jc w:val="center"/>
    </w:pPr>
    <w:r>
      <w:rPr>
        <w:color w:val="595959"/>
        <w:sz w:val="17"/>
        <w:rtl w:val="0"/>
      </w:rPr>
      <w:fldChar w:fldCharType="begin"/>
    </w:r>
    <w:r>
      <w:rPr>
        <w:color w:val="595959"/>
        <w:sz w:val="17"/>
        <w:rtl w:val="0"/>
      </w:rPr>
      <w:instrText xml:space="preserve"> PAGE </w:instrText>
    </w:r>
    <w:r>
      <w:rPr>
        <w:color w:val="595959"/>
        <w:sz w:val="17"/>
        <w:rtl w:val="0"/>
      </w:rPr>
      <w:fldChar w:fldCharType="separate"/>
    </w:r>
    <w:r>
      <w:rPr>
        <w:color w:val="595959"/>
        <w:sz w:val="17"/>
        <w:rtl w:val="0"/>
      </w:rPr>
      <w:t>1</w:t>
    </w:r>
    <w:r>
      <w:rPr>
        <w:color w:val="595959"/>
        <w:sz w:val="17"/>
        <w:rtl w:val="0"/>
      </w:rPr>
      <w:fldChar w:fldCharType="end"/>
    </w:r>
    <w:r>
      <w:rPr>
        <w:color w:val="595959"/>
        <w:sz w:val="17"/>
        <w:rtl w:val="0"/>
      </w:rPr>
      <w:t xml:space="preserve"> / </w:t>
    </w:r>
    <w:r>
      <w:rPr>
        <w:color w:val="595959"/>
        <w:sz w:val="17"/>
        <w:rtl w:val="0"/>
      </w:rPr>
      <w:fldChar w:fldCharType="begin"/>
    </w:r>
    <w:r>
      <w:rPr>
        <w:color w:val="595959"/>
        <w:sz w:val="17"/>
        <w:rtl w:val="0"/>
      </w:rPr>
      <w:instrText xml:space="preserve"> NUMPAGES </w:instrText>
    </w:r>
    <w:r>
      <w:rPr>
        <w:color w:val="595959"/>
        <w:sz w:val="17"/>
        <w:rtl w:val="0"/>
      </w:rPr>
      <w:fldChar w:fldCharType="separate"/>
    </w:r>
    <w:r>
      <w:rPr>
        <w:color w:val="595959"/>
        <w:sz w:val="17"/>
        <w:rtl w:val="0"/>
      </w:rPr>
      <w:t>1</w:t>
    </w:r>
    <w:r>
      <w:rPr>
        <w:color w:val="595959"/>
        <w:sz w:val="17"/>
        <w:rtl w:val="0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EnglishBodyLTR"/>
      <w:bidi w:val="0"/>
      <w:spacing w:after="0"/>
      <w:jc w:val="start"/>
    </w:pPr>
    <w:r>
      <w:rPr>
        <w:color w:val="595959"/>
        <w:sz w:val="17"/>
        <w:rtl w:val="0"/>
      </w:rPr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 w:val="0"/>
      <w:widowControl/>
      <w:spacing w:line="240" w:lineRule="auto" w:before="0" w:after="160"/>
      <w:bidi w:val="1"/>
      <w:jc w:val="start"/>
    </w:pPr>
    <w:rPr>
      <w:rFonts w:ascii="Arial" w:hAnsi="Arial" w:eastAsia="Arial" w:cs="Arial"/>
      <w:b w:val="0"/>
      <w:bCs/>
      <w:color w:val="59595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rabicTitleRTL">
    <w:name w:val="Arabic Title RTL"/>
    <w:basedOn w:val="Normal"/>
    <w:pPr>
      <w:keepNext/>
      <w:widowControl/>
      <w:spacing w:before="0" w:after="360"/>
      <w:bidi w:val="1"/>
      <w:jc w:val="start"/>
    </w:pPr>
    <w:rPr>
      <w:rFonts w:ascii="Arial" w:hAnsi="Arial" w:eastAsia="Arial" w:cs="Arial"/>
      <w:b/>
      <w:color w:val="17365D"/>
      <w:sz w:val="52"/>
    </w:rPr>
  </w:style>
  <w:style w:type="paragraph" w:customStyle="1" w:styleId="ArabicHeading1RTL">
    <w:name w:val="Arabic Heading 1 RTL"/>
    <w:basedOn w:val="Normal"/>
    <w:pPr>
      <w:keepNext/>
      <w:widowControl/>
      <w:spacing w:before="280" w:after="140"/>
      <w:bidi w:val="1"/>
      <w:jc w:val="start"/>
    </w:pPr>
    <w:rPr>
      <w:rFonts w:ascii="Arial" w:hAnsi="Arial" w:eastAsia="Arial" w:cs="Arial"/>
      <w:b/>
      <w:color w:val="1F4E78"/>
      <w:sz w:val="36"/>
    </w:rPr>
  </w:style>
  <w:style w:type="paragraph" w:customStyle="1" w:styleId="ArabicHeading2RTL">
    <w:name w:val="Arabic Heading 2 RTL"/>
    <w:basedOn w:val="Normal"/>
    <w:pPr>
      <w:keepNext/>
      <w:widowControl/>
      <w:spacing w:before="200" w:after="100"/>
      <w:bidi w:val="1"/>
      <w:jc w:val="start"/>
    </w:pPr>
    <w:rPr>
      <w:rFonts w:ascii="Arial" w:hAnsi="Arial" w:eastAsia="Arial" w:cs="Arial"/>
      <w:b/>
      <w:color w:val="2F5597"/>
      <w:sz w:val="28"/>
    </w:rPr>
  </w:style>
  <w:style w:type="paragraph" w:customStyle="1" w:styleId="ArabicBodyRTL">
    <w:name w:val="Arabic Body RTL"/>
    <w:basedOn w:val="Normal"/>
    <w:pPr>
      <w:keepNext w:val="0"/>
      <w:widowControl/>
      <w:spacing w:before="0" w:after="140"/>
      <w:bidi w:val="1"/>
      <w:jc w:val="start"/>
    </w:pPr>
    <w:rPr>
      <w:rFonts w:ascii="Arial" w:hAnsi="Arial" w:eastAsia="Arial" w:cs="Arial"/>
      <w:b w:val="0"/>
      <w:sz w:val="22"/>
    </w:rPr>
  </w:style>
  <w:style w:type="paragraph" w:customStyle="1" w:styleId="ArabicMixedBodyRTL">
    <w:name w:val="Arabic Mixed Body RTL"/>
    <w:basedOn w:val="Normal"/>
    <w:pPr>
      <w:keepNext w:val="0"/>
      <w:widowControl/>
      <w:spacing w:before="0" w:after="140"/>
      <w:bidi w:val="1"/>
      <w:jc w:val="start"/>
    </w:pPr>
    <w:rPr>
      <w:rFonts w:ascii="Arial" w:hAnsi="Arial" w:eastAsia="Arial" w:cs="Arial"/>
      <w:b w:val="0"/>
      <w:sz w:val="22"/>
    </w:rPr>
  </w:style>
  <w:style w:type="paragraph" w:customStyle="1" w:styleId="EnglishBodyLTR">
    <w:name w:val="English Body LTR"/>
    <w:basedOn w:val="Normal"/>
    <w:pPr>
      <w:keepNext w:val="0"/>
      <w:widowControl/>
      <w:spacing w:before="0" w:after="140"/>
      <w:bidi w:val="0"/>
      <w:jc w:val="start"/>
    </w:pPr>
    <w:rPr>
      <w:rFonts w:ascii="Aptos" w:hAnsi="Aptos" w:eastAsia="Aptos" w:cs="Aptos"/>
      <w:b w:val="0"/>
      <w:sz w:val="21"/>
    </w:rPr>
  </w:style>
  <w:style w:type="paragraph" w:customStyle="1" w:styleId="EnglishTechnicalLTR">
    <w:name w:val="English Technical LTR"/>
    <w:basedOn w:val="Normal"/>
    <w:pPr>
      <w:keepNext w:val="0"/>
      <w:widowControl/>
      <w:spacing w:before="0" w:after="140"/>
      <w:bidi w:val="0"/>
      <w:jc w:val="start"/>
    </w:pPr>
    <w:rPr>
      <w:rFonts w:ascii="Consolas" w:hAnsi="Consolas" w:eastAsia="Consolas" w:cs="Consolas"/>
      <w:b w:val="0"/>
      <w:sz w:val="19"/>
    </w:rPr>
  </w:style>
  <w:style w:type="paragraph" w:customStyle="1" w:styleId="SourceURLLTR">
    <w:name w:val="Source URL LTR"/>
    <w:basedOn w:val="Normal"/>
    <w:pPr>
      <w:keepNext w:val="0"/>
      <w:widowControl/>
      <w:spacing w:before="0" w:after="80"/>
      <w:bidi w:val="0"/>
      <w:jc w:val="start"/>
    </w:pPr>
    <w:rPr>
      <w:rFonts w:ascii="Aptos" w:hAnsi="Aptos" w:eastAsia="Aptos" w:cs="Aptos"/>
      <w:b w:val="0"/>
      <w:color w:val="0563C1"/>
      <w:sz w:val="18"/>
    </w:rPr>
  </w:style>
  <w:style w:type="paragraph" w:customStyle="1" w:styleId="ArabicTableHeaderRTL">
    <w:name w:val="Arabic Table Header RTL"/>
    <w:basedOn w:val="Normal"/>
    <w:pPr>
      <w:keepNext w:val="0"/>
      <w:widowControl/>
      <w:spacing w:before="0" w:after="0"/>
      <w:bidi w:val="1"/>
      <w:jc w:val="start"/>
    </w:pPr>
    <w:rPr>
      <w:rFonts w:ascii="Arial" w:hAnsi="Arial" w:eastAsia="Arial" w:cs="Arial"/>
      <w:b/>
      <w:sz w:val="18"/>
    </w:rPr>
  </w:style>
  <w:style w:type="paragraph" w:customStyle="1" w:styleId="ArabicTableBodyRTL">
    <w:name w:val="Arabic Table Body RTL"/>
    <w:basedOn w:val="Normal"/>
    <w:pPr>
      <w:keepNext w:val="0"/>
      <w:widowControl/>
      <w:spacing w:before="0" w:after="0"/>
      <w:bidi w:val="1"/>
      <w:jc w:val="start"/>
    </w:pPr>
    <w:rPr>
      <w:rFonts w:ascii="Arial" w:hAnsi="Arial" w:eastAsia="Arial" w:cs="Arial"/>
      <w:b w:val="0"/>
      <w:sz w:val="17"/>
    </w:rPr>
  </w:style>
  <w:style w:type="paragraph" w:customStyle="1" w:styleId="ArabicListNumberRTL">
    <w:name w:val="Arabic List Number RTL"/>
    <w:basedOn w:val="ListNumber"/>
    <w:pPr>
      <w:keepNext w:val="0"/>
      <w:widowControl/>
      <w:spacing w:before="0" w:after="80"/>
      <w:bidi w:val="1"/>
      <w:jc w:val="start"/>
    </w:pPr>
    <w:rPr>
      <w:rFonts w:ascii="Arial" w:hAnsi="Arial" w:eastAsia="Arial" w:cs="Arial"/>
      <w:b w:val="0"/>
      <w:sz w:val="22"/>
    </w:rPr>
  </w:style>
  <w:style w:type="paragraph" w:customStyle="1" w:styleId="ArabicListBulletRTL">
    <w:name w:val="Arabic List Bullet RTL"/>
    <w:basedOn w:val="ListBullet"/>
    <w:pPr>
      <w:keepNext w:val="0"/>
      <w:widowControl/>
      <w:spacing w:before="0" w:after="80"/>
      <w:bidi w:val="1"/>
      <w:jc w:val="start"/>
    </w:pPr>
    <w:rPr>
      <w:rFonts w:ascii="Arial" w:hAnsi="Arial" w:eastAsia="Arial" w:cs="Arial"/>
      <w:b w:val="0"/>
      <w:sz w:val="22"/>
    </w:rPr>
  </w:style>
  <w:style w:type="paragraph" w:customStyle="1" w:styleId="EnglishListNumberLTR">
    <w:name w:val="English List Number LTR"/>
    <w:basedOn w:val="ListNumber"/>
    <w:pPr>
      <w:keepNext w:val="0"/>
      <w:widowControl/>
      <w:spacing w:before="0" w:after="80"/>
      <w:bidi w:val="0"/>
      <w:jc w:val="start"/>
    </w:pPr>
    <w:rPr>
      <w:rFonts w:ascii="Aptos" w:hAnsi="Aptos" w:eastAsia="Aptos" w:cs="Aptos"/>
      <w:b w:val="0"/>
      <w:sz w:val="21"/>
    </w:rPr>
  </w:style>
  <w:style w:type="paragraph" w:customStyle="1" w:styleId="EnglishListBulletLTR">
    <w:name w:val="English List Bullet LTR"/>
    <w:basedOn w:val="ListBullet"/>
    <w:pPr>
      <w:keepNext w:val="0"/>
      <w:widowControl/>
      <w:spacing w:before="0" w:after="80"/>
      <w:bidi w:val="0"/>
      <w:jc w:val="start"/>
    </w:pPr>
    <w:rPr>
      <w:rFonts w:ascii="Aptos" w:hAnsi="Aptos" w:eastAsia="Aptos" w:cs="Aptos"/>
      <w:b w:val="0"/>
      <w:sz w:val="21"/>
    </w:rPr>
  </w:style>
  <w:style w:type="paragraph" w:customStyle="1" w:styleId="Note">
    <w:name w:val="Note"/>
    <w:basedOn w:val="Normal"/>
    <w:pPr>
      <w:keepNext w:val="0"/>
      <w:widowControl/>
      <w:spacing w:before="0" w:after="160"/>
      <w:bidi w:val="1"/>
      <w:jc w:val="start"/>
    </w:pPr>
    <w:rPr>
      <w:rFonts w:ascii="Arial" w:hAnsi="Arial" w:eastAsia="Arial" w:cs="Arial"/>
      <w:b w:val="0"/>
      <w:color w:val="385723"/>
      <w:sz w:val="21"/>
    </w:rPr>
  </w:style>
  <w:style w:type="paragraph" w:customStyle="1" w:styleId="Warning">
    <w:name w:val="Warning"/>
    <w:basedOn w:val="Normal"/>
    <w:pPr>
      <w:keepNext w:val="0"/>
      <w:widowControl/>
      <w:spacing w:before="0" w:after="160"/>
      <w:bidi w:val="1"/>
      <w:jc w:val="start"/>
    </w:pPr>
    <w:rPr>
      <w:rFonts w:ascii="Arial" w:hAnsi="Arial" w:eastAsia="Arial" w:cs="Arial"/>
      <w:b/>
      <w:color w:val="9C0006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