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/>
        <w:widowControl/>
        <w:spacing w:before="0" w:after="0" w:line="240" w:lineRule="auto"/>
      </w:pPr>
      <w:r>
        <w:rPr>
          <w:rFonts w:ascii="Arial" w:hAnsi="Arial"/>
          <w:b/>
          <w:i w:val="0"/>
          <w:color w:val="252A30"/>
          <w:sz w:val="40"/>
        </w:rPr>
        <w:t>{{NAME}}</w:t>
      </w:r>
    </w:p>
    <w:p>
      <w:pPr>
        <w:keepNext w:val="0"/>
        <w:keepLines/>
        <w:widowControl/>
        <w:spacing w:before="0" w:after="60" w:line="240" w:lineRule="auto"/>
      </w:pPr>
      <w:r>
        <w:rPr>
          <w:rFonts w:ascii="Arial" w:hAnsi="Arial"/>
          <w:b/>
          <w:i w:val="0"/>
          <w:color w:val="176B87"/>
          <w:sz w:val="22"/>
        </w:rPr>
        <w:t>{{TARGET_TITLE}}</w:t>
      </w:r>
    </w:p>
    <w:p>
      <w:pPr>
        <w:keepNext w:val="0"/>
        <w:keepLines/>
        <w:widowControl/>
        <w:spacing w:before="0" w:after="20" w:line="240" w:lineRule="auto"/>
      </w:pPr>
      <w:r>
        <w:rPr>
          <w:rFonts w:ascii="Arial" w:hAnsi="Arial"/>
          <w:b w:val="0"/>
          <w:i w:val="0"/>
          <w:color w:val="5B6570"/>
          <w:sz w:val="18"/>
        </w:rPr>
        <w:t>{{LOCATION}} · {{EMAIL}} · {{PHONE_OPTIONAL}}</w:t>
      </w:r>
    </w:p>
    <w:p>
      <w:pPr>
        <w:keepNext w:val="0"/>
        <w:keepLines/>
        <w:widowControl/>
        <w:spacing w:before="0" w:after="80" w:line="240" w:lineRule="auto"/>
        <w:pBdr>
          <w:bottom w:val="single" w:sz="12" w:space="3" w:color="176B87"/>
        </w:pBdr>
      </w:pPr>
      <w:r>
        <w:rPr>
          <w:rFonts w:ascii="Arial" w:hAnsi="Arial"/>
          <w:b w:val="0"/>
          <w:i w:val="0"/>
          <w:color w:val="5B6570"/>
          <w:sz w:val="18"/>
        </w:rPr>
        <w:t>{{LINKEDIN}} · {{GITHUB}} · {{PORTFOLIO_OR_UPWORK_OPTIONAL}}</w:t>
      </w:r>
    </w:p>
    <w:p>
      <w:pPr>
        <w:keepNext/>
        <w:keepLines/>
        <w:widowControl/>
        <w:spacing w:before="80" w:after="40" w:line="240" w:lineRule="auto"/>
        <w:pBdr>
          <w:bottom w:val="single" w:sz="8" w:space="3" w:color="AFC8D2"/>
        </w:pBdr>
      </w:pPr>
      <w:r>
        <w:rPr>
          <w:rFonts w:ascii="Arial" w:hAnsi="Arial"/>
          <w:b/>
          <w:i w:val="0"/>
          <w:color w:val="176B87"/>
          <w:sz w:val="20"/>
        </w:rPr>
        <w:t>PROFESSIONAL SUMMARY</w:t>
      </w:r>
    </w:p>
    <w:p>
      <w:pPr>
        <w:keepNext w:val="0"/>
        <w:keepLines/>
        <w:widowControl/>
        <w:spacing w:before="0" w:after="40" w:line="259" w:lineRule="auto"/>
      </w:pPr>
      <w:r>
        <w:rPr>
          <w:rFonts w:ascii="Arial" w:hAnsi="Arial"/>
          <w:b w:val="0"/>
          <w:i w:val="0"/>
          <w:color w:val="252A30"/>
          <w:sz w:val="18"/>
        </w:rPr>
        <w:t>{{PROFESSIONAL_SUMMARY}}</w:t>
      </w:r>
    </w:p>
    <w:p>
      <w:pPr>
        <w:keepNext/>
        <w:keepLines/>
        <w:widowControl/>
        <w:spacing w:before="80" w:after="40" w:line="240" w:lineRule="auto"/>
        <w:pBdr>
          <w:bottom w:val="single" w:sz="8" w:space="3" w:color="AFC8D2"/>
        </w:pBdr>
      </w:pPr>
      <w:r>
        <w:rPr>
          <w:rFonts w:ascii="Arial" w:hAnsi="Arial"/>
          <w:b/>
          <w:i w:val="0"/>
          <w:color w:val="176B87"/>
          <w:sz w:val="20"/>
        </w:rPr>
        <w:t>CORE EXPERTISE</w:t>
      </w:r>
    </w:p>
    <w:p>
      <w:pPr>
        <w:keepNext w:val="0"/>
        <w:keepLines/>
        <w:widowControl/>
        <w:spacing w:before="0" w:after="40" w:line="252" w:lineRule="auto"/>
      </w:pPr>
      <w:r>
        <w:rPr>
          <w:rFonts w:ascii="Arial" w:hAnsi="Arial"/>
          <w:b w:val="0"/>
          <w:i w:val="0"/>
          <w:color w:val="252A30"/>
          <w:sz w:val="18"/>
        </w:rPr>
        <w:t>{{CORE_EXPERTISE}}</w:t>
      </w:r>
    </w:p>
    <w:p>
      <w:pPr>
        <w:keepNext/>
        <w:keepLines/>
        <w:widowControl/>
        <w:spacing w:before="80" w:after="40" w:line="240" w:lineRule="auto"/>
        <w:pBdr>
          <w:bottom w:val="single" w:sz="8" w:space="3" w:color="AFC8D2"/>
        </w:pBdr>
      </w:pPr>
      <w:r>
        <w:rPr>
          <w:rFonts w:ascii="Arial" w:hAnsi="Arial"/>
          <w:b/>
          <w:i w:val="0"/>
          <w:color w:val="176B87"/>
          <w:sz w:val="20"/>
        </w:rPr>
        <w:t>PROFESSIONAL EXPERIENCE</w:t>
      </w:r>
    </w:p>
    <w:p>
      <w:pPr>
        <w:keepNext/>
        <w:keepLines/>
        <w:widowControl/>
        <w:spacing w:before="0" w:after="0" w:line="252" w:lineRule="auto"/>
      </w:pPr>
      <w:r>
        <w:rPr>
          <w:rFonts w:ascii="Arial" w:hAnsi="Arial"/>
          <w:b/>
          <w:i w:val="0"/>
          <w:color w:val="252A30"/>
          <w:sz w:val="20"/>
        </w:rPr>
        <w:t>{{COMPANY_NAME}} — {{LOCATION}}</w:t>
      </w:r>
    </w:p>
    <w:p>
      <w:pPr>
        <w:keepNext/>
        <w:keepLines/>
        <w:widowControl/>
        <w:spacing w:before="0" w:after="60" w:line="252" w:lineRule="auto"/>
      </w:pPr>
      <w:r>
        <w:rPr>
          <w:rFonts w:ascii="Arial" w:hAnsi="Arial"/>
          <w:b w:val="0"/>
          <w:i w:val="0"/>
          <w:color w:val="5B6570"/>
          <w:sz w:val="17"/>
        </w:rPr>
        <w:t>{{COMPANY_DATE_RANGE}}</w:t>
      </w:r>
    </w:p>
    <w:p>
      <w:pPr>
        <w:keepNext/>
        <w:keepLines/>
        <w:widowControl/>
        <w:spacing w:before="0" w:after="0" w:line="252" w:lineRule="auto"/>
      </w:pPr>
      <w:r>
        <w:rPr>
          <w:rFonts w:ascii="Arial" w:hAnsi="Arial"/>
          <w:b/>
          <w:i w:val="0"/>
          <w:color w:val="252A30"/>
          <w:sz w:val="19"/>
        </w:rPr>
        <w:t>{{ROLE_TITLE}}</w:t>
      </w:r>
    </w:p>
    <w:p>
      <w:pPr>
        <w:keepNext/>
        <w:keepLines/>
        <w:widowControl/>
        <w:spacing w:before="0" w:after="40" w:line="252" w:lineRule="auto"/>
      </w:pPr>
      <w:r>
        <w:rPr>
          <w:rFonts w:ascii="Arial" w:hAnsi="Arial"/>
          <w:b w:val="0"/>
          <w:i/>
          <w:color w:val="5B6570"/>
          <w:sz w:val="17"/>
        </w:rPr>
        <w:t>{{ROLE_DATE_RANGE}}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{{EXPERIENCE_BULLET}}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{{EXPERIENCE_BULLET}}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{{EXPERIENCE_BULLET}}</w:t>
      </w:r>
    </w:p>
    <w:p>
      <w:pPr>
        <w:keepNext/>
        <w:keepLines/>
        <w:widowControl/>
        <w:spacing w:before="60" w:after="0" w:line="252" w:lineRule="auto"/>
      </w:pPr>
      <w:r>
        <w:rPr>
          <w:rFonts w:ascii="Arial" w:hAnsi="Arial"/>
          <w:b/>
          <w:i w:val="0"/>
          <w:color w:val="252A30"/>
          <w:sz w:val="19"/>
        </w:rPr>
        <w:t>{{ROLE_TITLE}}</w:t>
      </w:r>
    </w:p>
    <w:p>
      <w:pPr>
        <w:keepNext/>
        <w:keepLines/>
        <w:widowControl/>
        <w:spacing w:before="0" w:after="40" w:line="252" w:lineRule="auto"/>
      </w:pPr>
      <w:r>
        <w:rPr>
          <w:rFonts w:ascii="Arial" w:hAnsi="Arial"/>
          <w:b w:val="0"/>
          <w:i/>
          <w:color w:val="5B6570"/>
          <w:sz w:val="17"/>
        </w:rPr>
        <w:t>{{ROLE_DATE_RANGE}}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{{EXPERIENCE_BULLET}}</w:t>
      </w:r>
    </w:p>
    <w:p>
      <w:pPr>
        <w:keepNext/>
        <w:keepLines/>
        <w:widowControl/>
        <w:spacing w:before="100" w:after="0" w:line="252" w:lineRule="auto"/>
      </w:pPr>
      <w:r>
        <w:rPr>
          <w:rFonts w:ascii="Arial" w:hAnsi="Arial"/>
          <w:b/>
          <w:i w:val="0"/>
          <w:color w:val="252A30"/>
          <w:sz w:val="20"/>
        </w:rPr>
        <w:t>{{COMPANY_NAME}} — {{LOCATION}}</w:t>
      </w:r>
    </w:p>
    <w:p>
      <w:pPr>
        <w:keepNext/>
        <w:keepLines/>
        <w:widowControl/>
        <w:spacing w:before="0" w:after="60" w:line="252" w:lineRule="auto"/>
      </w:pPr>
      <w:r>
        <w:rPr>
          <w:rFonts w:ascii="Arial" w:hAnsi="Arial"/>
          <w:b w:val="0"/>
          <w:i w:val="0"/>
          <w:color w:val="5B6570"/>
          <w:sz w:val="17"/>
        </w:rPr>
        <w:t>{{COMPANY_DATE_RANGE}}</w:t>
      </w:r>
    </w:p>
    <w:p>
      <w:pPr>
        <w:keepNext/>
        <w:keepLines/>
        <w:widowControl/>
        <w:spacing w:before="0" w:after="0" w:line="252" w:lineRule="auto"/>
      </w:pPr>
      <w:r>
        <w:rPr>
          <w:rFonts w:ascii="Arial" w:hAnsi="Arial"/>
          <w:b/>
          <w:i w:val="0"/>
          <w:color w:val="252A30"/>
          <w:sz w:val="19"/>
        </w:rPr>
        <w:t>{{ROLE_TITLE}}</w:t>
      </w:r>
    </w:p>
    <w:p>
      <w:pPr>
        <w:keepNext/>
        <w:keepLines/>
        <w:widowControl/>
        <w:spacing w:before="0" w:after="40" w:line="252" w:lineRule="auto"/>
      </w:pPr>
      <w:r>
        <w:rPr>
          <w:rFonts w:ascii="Arial" w:hAnsi="Arial"/>
          <w:b w:val="0"/>
          <w:i/>
          <w:color w:val="5B6570"/>
          <w:sz w:val="17"/>
        </w:rPr>
        <w:t>{{ROLE_DATE_RANGE}}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{{EXPERIENCE_BULLET}}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{{EXPERIENCE_BULLET}}</w:t>
      </w:r>
    </w:p>
    <w:p>
      <w:pPr>
        <w:keepNext/>
        <w:keepLines/>
        <w:widowControl/>
        <w:spacing w:before="80" w:after="40" w:line="240" w:lineRule="auto"/>
        <w:pBdr>
          <w:bottom w:val="single" w:sz="8" w:space="3" w:color="AFC8D2"/>
        </w:pBdr>
      </w:pPr>
      <w:r>
        <w:rPr>
          <w:rFonts w:ascii="Arial" w:hAnsi="Arial"/>
          <w:b/>
          <w:i w:val="0"/>
          <w:color w:val="176B87"/>
          <w:sz w:val="20"/>
        </w:rPr>
        <w:t>SELECTED ENGINEERING WORK</w:t>
      </w:r>
    </w:p>
    <w:p>
      <w:pPr>
        <w:keepNext/>
        <w:keepLines/>
        <w:widowControl/>
        <w:spacing w:before="0" w:after="0" w:line="252" w:lineRule="auto"/>
      </w:pPr>
      <w:r>
        <w:rPr>
          <w:rFonts w:ascii="Arial" w:hAnsi="Arial"/>
          <w:b/>
          <w:i w:val="0"/>
          <w:color w:val="252A30"/>
          <w:sz w:val="20"/>
        </w:rPr>
        <w:t>{{PROJECT_NAME}}</w:t>
      </w:r>
    </w:p>
    <w:p>
      <w:pPr>
        <w:keepNext/>
        <w:keepLines/>
        <w:widowControl/>
        <w:spacing w:before="0" w:after="40" w:line="252" w:lineRule="auto"/>
      </w:pPr>
      <w:r>
        <w:rPr>
          <w:rFonts w:ascii="Arial" w:hAnsi="Arial"/>
          <w:b w:val="0"/>
          <w:i/>
          <w:color w:val="5B6570"/>
          <w:sz w:val="18"/>
        </w:rPr>
        <w:t>{{PROJECT_POSITIONING_OR_ONE_LINE_DESCRIPTION}}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{{PROJECT_CONTRIBUTION}}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{{PROJECT_CONTRIBUTION}}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{{PROJECT_CONTRIBUTION}}</w:t>
      </w:r>
    </w:p>
    <w:p>
      <w:pPr>
        <w:keepNext w:val="0"/>
        <w:keepLines/>
        <w:widowControl/>
        <w:spacing w:after="6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Technology: </w:t>
      </w:r>
      <w:r>
        <w:rPr>
          <w:rFonts w:ascii="Arial" w:hAnsi="Arial"/>
          <w:b w:val="0"/>
          <w:i w:val="0"/>
          <w:color w:val="252A30"/>
          <w:sz w:val="18"/>
        </w:rPr>
        <w:t>{{PROJECT_TECHNOLOGY}}</w:t>
      </w:r>
    </w:p>
    <w:p>
      <w:pPr>
        <w:keepNext/>
        <w:keepLines/>
        <w:widowControl/>
        <w:spacing w:before="40" w:after="0" w:line="252" w:lineRule="auto"/>
      </w:pPr>
      <w:r>
        <w:rPr>
          <w:rFonts w:ascii="Arial" w:hAnsi="Arial"/>
          <w:b/>
          <w:i w:val="0"/>
          <w:color w:val="252A30"/>
          <w:sz w:val="20"/>
        </w:rPr>
        <w:t>{{PROJECT_NAME}}</w:t>
      </w:r>
    </w:p>
    <w:p>
      <w:pPr>
        <w:keepNext/>
        <w:keepLines/>
        <w:widowControl/>
        <w:spacing w:before="0" w:after="40" w:line="252" w:lineRule="auto"/>
      </w:pPr>
      <w:r>
        <w:rPr>
          <w:rFonts w:ascii="Arial" w:hAnsi="Arial"/>
          <w:b w:val="0"/>
          <w:i/>
          <w:color w:val="5B6570"/>
          <w:sz w:val="18"/>
        </w:rPr>
        <w:t>{{PROJECT_POSITIONING_OR_ONE_LINE_DESCRIPTION}}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{{PROJECT_CONTRIBUTION}}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{{PROJECT_CONTRIBUTION}}</w:t>
      </w:r>
    </w:p>
    <w:p>
      <w:pPr>
        <w:pStyle w:val="ResumeBullet"/>
        <w:keepNext w:val="0"/>
        <w:keepLines/>
        <w:widowControl/>
        <w:spacing w:before="0" w:after="20" w:line="245" w:lineRule="auto"/>
      </w:pPr>
      <w:r>
        <w:rPr>
          <w:rFonts w:ascii="Arial" w:hAnsi="Arial"/>
          <w:b w:val="0"/>
          <w:i w:val="0"/>
          <w:color w:val="252A30"/>
          <w:sz w:val="18"/>
        </w:rPr>
        <w:t>{{PROJECT_CONTRIBUTION}}</w:t>
      </w:r>
    </w:p>
    <w:p>
      <w:pPr>
        <w:keepNext w:val="0"/>
        <w:keepLines/>
        <w:widowControl/>
        <w:spacing w:after="6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Technology: </w:t>
      </w:r>
      <w:r>
        <w:rPr>
          <w:rFonts w:ascii="Arial" w:hAnsi="Arial"/>
          <w:b w:val="0"/>
          <w:i w:val="0"/>
          <w:color w:val="252A30"/>
          <w:sz w:val="18"/>
        </w:rPr>
        <w:t>{{PROJECT_TECHNOLOGY}}</w:t>
      </w:r>
    </w:p>
    <w:p>
      <w:pPr>
        <w:keepNext/>
        <w:keepLines/>
        <w:widowControl/>
        <w:spacing w:before="80" w:after="40" w:line="240" w:lineRule="auto"/>
        <w:pBdr>
          <w:bottom w:val="single" w:sz="8" w:space="3" w:color="AFC8D2"/>
        </w:pBdr>
      </w:pPr>
      <w:r>
        <w:rPr>
          <w:rFonts w:ascii="Arial" w:hAnsi="Arial"/>
          <w:b/>
          <w:i w:val="0"/>
          <w:color w:val="176B87"/>
          <w:sz w:val="20"/>
        </w:rPr>
        <w:t>TECHNICAL SKILLS</w:t>
      </w:r>
    </w:p>
    <w:p>
      <w:pPr>
        <w:keepNext w:val="0"/>
        <w:keepLines/>
        <w:widowControl/>
        <w:spacing w:after="1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Architecture: </w:t>
      </w:r>
      <w:r>
        <w:rPr>
          <w:rFonts w:ascii="Arial" w:hAnsi="Arial"/>
          <w:b w:val="0"/>
          <w:i w:val="0"/>
          <w:color w:val="252A30"/>
          <w:sz w:val="18"/>
        </w:rPr>
        <w:t>{{ARCHITECTURE_SKILLS}}</w:t>
      </w:r>
    </w:p>
    <w:p>
      <w:pPr>
        <w:keepNext w:val="0"/>
        <w:keepLines/>
        <w:widowControl/>
        <w:spacing w:after="1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Backend: </w:t>
      </w:r>
      <w:r>
        <w:rPr>
          <w:rFonts w:ascii="Arial" w:hAnsi="Arial"/>
          <w:b w:val="0"/>
          <w:i w:val="0"/>
          <w:color w:val="252A30"/>
          <w:sz w:val="18"/>
        </w:rPr>
        <w:t>{{BACKEND_SKILLS}}</w:t>
      </w:r>
    </w:p>
    <w:p>
      <w:pPr>
        <w:keepNext w:val="0"/>
        <w:keepLines/>
        <w:widowControl/>
        <w:spacing w:after="1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Frontend: </w:t>
      </w:r>
      <w:r>
        <w:rPr>
          <w:rFonts w:ascii="Arial" w:hAnsi="Arial"/>
          <w:b w:val="0"/>
          <w:i w:val="0"/>
          <w:color w:val="252A30"/>
          <w:sz w:val="18"/>
        </w:rPr>
        <w:t>{{FRONTEND_SKILLS}}</w:t>
      </w:r>
    </w:p>
    <w:p>
      <w:pPr>
        <w:keepNext w:val="0"/>
        <w:keepLines/>
        <w:widowControl/>
        <w:spacing w:after="1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Data: </w:t>
      </w:r>
      <w:r>
        <w:rPr>
          <w:rFonts w:ascii="Arial" w:hAnsi="Arial"/>
          <w:b w:val="0"/>
          <w:i w:val="0"/>
          <w:color w:val="252A30"/>
          <w:sz w:val="18"/>
        </w:rPr>
        <w:t>{{DATA_SKILLS}}</w:t>
      </w:r>
    </w:p>
    <w:p>
      <w:pPr>
        <w:keepNext w:val="0"/>
        <w:keepLines/>
        <w:widowControl/>
        <w:spacing w:after="1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Cloud &amp; DevOps: </w:t>
      </w:r>
      <w:r>
        <w:rPr>
          <w:rFonts w:ascii="Arial" w:hAnsi="Arial"/>
          <w:b w:val="0"/>
          <w:i w:val="0"/>
          <w:color w:val="252A30"/>
          <w:sz w:val="18"/>
        </w:rPr>
        <w:t>{{CLOUD_DEVOPS_SKILLS}}</w:t>
      </w:r>
    </w:p>
    <w:p>
      <w:pPr>
        <w:keepNext w:val="0"/>
        <w:keepLines/>
        <w:widowControl/>
        <w:spacing w:after="1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Security: </w:t>
      </w:r>
      <w:r>
        <w:rPr>
          <w:rFonts w:ascii="Arial" w:hAnsi="Arial"/>
          <w:b w:val="0"/>
          <w:i w:val="0"/>
          <w:color w:val="252A30"/>
          <w:sz w:val="18"/>
        </w:rPr>
        <w:t>{{SECURITY_SKILLS}}</w:t>
      </w:r>
    </w:p>
    <w:p>
      <w:pPr>
        <w:keepNext w:val="0"/>
        <w:keepLines/>
        <w:widowControl/>
        <w:spacing w:after="10" w:line="240" w:lineRule="auto"/>
      </w:pPr>
      <w:r>
        <w:rPr>
          <w:rFonts w:ascii="Arial" w:hAnsi="Arial"/>
          <w:b/>
          <w:i w:val="0"/>
          <w:color w:val="252A30"/>
          <w:sz w:val="18"/>
        </w:rPr>
        <w:t xml:space="preserve">Integrations: </w:t>
      </w:r>
      <w:r>
        <w:rPr>
          <w:rFonts w:ascii="Arial" w:hAnsi="Arial"/>
          <w:b w:val="0"/>
          <w:i w:val="0"/>
          <w:color w:val="252A30"/>
          <w:sz w:val="18"/>
        </w:rPr>
        <w:t>{{INTEGRATION_SKILLS}}</w:t>
      </w:r>
    </w:p>
    <w:p>
      <w:pPr>
        <w:keepNext/>
        <w:keepLines/>
        <w:widowControl/>
        <w:spacing w:before="80" w:after="40" w:line="240" w:lineRule="auto"/>
        <w:pBdr>
          <w:bottom w:val="single" w:sz="8" w:space="3" w:color="AFC8D2"/>
        </w:pBdr>
      </w:pPr>
      <w:r>
        <w:rPr>
          <w:rFonts w:ascii="Arial" w:hAnsi="Arial"/>
          <w:b/>
          <w:i w:val="0"/>
          <w:color w:val="176B87"/>
          <w:sz w:val="20"/>
        </w:rPr>
        <w:t>CERTIFICATIONS</w:t>
      </w:r>
    </w:p>
    <w:p>
      <w:pPr>
        <w:keepNext w:val="0"/>
        <w:keepLines/>
        <w:widowControl/>
        <w:spacing w:before="0" w:after="20" w:line="252" w:lineRule="auto"/>
      </w:pPr>
      <w:r>
        <w:rPr>
          <w:rFonts w:ascii="Arial" w:hAnsi="Arial"/>
          <w:b w:val="0"/>
          <w:i w:val="0"/>
          <w:color w:val="252A30"/>
          <w:sz w:val="18"/>
        </w:rPr>
        <w:t>{{CERTIFICATION_NAME}} — {{ISSUER}} — {{YEAR}}</w:t>
      </w:r>
    </w:p>
    <w:p>
      <w:pPr>
        <w:keepNext w:val="0"/>
        <w:keepLines/>
        <w:widowControl/>
        <w:spacing w:before="0" w:after="20" w:line="252" w:lineRule="auto"/>
      </w:pPr>
      <w:r>
        <w:rPr>
          <w:rFonts w:ascii="Arial" w:hAnsi="Arial"/>
          <w:b w:val="0"/>
          <w:i w:val="0"/>
          <w:color w:val="252A30"/>
          <w:sz w:val="18"/>
        </w:rPr>
        <w:t>{{CERTIFICATION_NAME}} — {{ISSUER}} — {{YEAR}}</w:t>
      </w:r>
    </w:p>
    <w:p>
      <w:pPr>
        <w:keepNext w:val="0"/>
        <w:keepLines/>
        <w:widowControl/>
        <w:spacing w:before="0" w:after="40" w:line="252" w:lineRule="auto"/>
      </w:pPr>
      <w:r>
        <w:rPr>
          <w:rFonts w:ascii="Arial" w:hAnsi="Arial"/>
          <w:b w:val="0"/>
          <w:i w:val="0"/>
          <w:color w:val="5B6570"/>
          <w:sz w:val="16"/>
        </w:rPr>
        <w:t>{{CREDENTIAL_ID_OR_URL_OPTIONAL}}</w:t>
      </w:r>
    </w:p>
    <w:p>
      <w:pPr>
        <w:keepNext/>
        <w:keepLines/>
        <w:widowControl/>
        <w:spacing w:before="80" w:after="40" w:line="240" w:lineRule="auto"/>
        <w:pBdr>
          <w:bottom w:val="single" w:sz="8" w:space="3" w:color="AFC8D2"/>
        </w:pBdr>
      </w:pPr>
      <w:r>
        <w:rPr>
          <w:rFonts w:ascii="Arial" w:hAnsi="Arial"/>
          <w:b/>
          <w:i w:val="0"/>
          <w:color w:val="176B87"/>
          <w:sz w:val="20"/>
        </w:rPr>
        <w:t>EDUCATION</w:t>
      </w:r>
    </w:p>
    <w:p>
      <w:pPr>
        <w:keepNext/>
        <w:keepLines/>
        <w:widowControl/>
        <w:spacing w:before="0" w:after="0" w:line="252" w:lineRule="auto"/>
      </w:pPr>
      <w:r>
        <w:rPr>
          <w:rFonts w:ascii="Arial" w:hAnsi="Arial"/>
          <w:b/>
          <w:i w:val="0"/>
          <w:color w:val="252A30"/>
          <w:sz w:val="19"/>
        </w:rPr>
        <w:t>{{DEGREE}}</w:t>
      </w:r>
    </w:p>
    <w:p>
      <w:pPr>
        <w:keepNext/>
        <w:keepLines/>
        <w:widowControl/>
        <w:spacing w:before="0" w:after="0" w:line="252" w:lineRule="auto"/>
      </w:pPr>
      <w:r>
        <w:rPr>
          <w:rFonts w:ascii="Arial" w:hAnsi="Arial"/>
          <w:b w:val="0"/>
          <w:i w:val="0"/>
          <w:color w:val="252A30"/>
          <w:sz w:val="18"/>
        </w:rPr>
        <w:t>{{INSTITUTION}} — {{LOCATION}}</w:t>
      </w:r>
    </w:p>
    <w:p>
      <w:pPr>
        <w:keepNext w:val="0"/>
        <w:keepLines/>
        <w:widowControl/>
        <w:spacing w:before="0" w:after="0" w:line="252" w:lineRule="auto"/>
      </w:pPr>
      <w:r>
        <w:rPr>
          <w:rFonts w:ascii="Arial" w:hAnsi="Arial"/>
          <w:b w:val="0"/>
          <w:i/>
          <w:color w:val="5B6570"/>
          <w:sz w:val="17"/>
        </w:rPr>
        <w:t>{{EDUCATION_DATE_RANGE}}</w:t>
      </w:r>
    </w:p>
    <w:sectPr w:rsidR="00FC693F" w:rsidRPr="0006063C" w:rsidSect="00034616">
      <w:footerReference w:type="default" r:id="rId9"/>
      <w:pgSz w:w="12240" w:h="15840"/>
      <w:pgMar w:top="720" w:right="979" w:bottom="720" w:left="979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Arial" w:hAnsi="Arial"/>
        <w:b w:val="0"/>
        <w:i w:val="0"/>
        <w:color w:val="5B6570"/>
        <w:sz w:val="16"/>
      </w:rP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Arial" w:hAnsi="Arial"/>
      <w:color w:val="252A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pPr>
      <w:numPr>
        <w:ilvl w:val="0"/>
        <w:numId w:val="10"/>
      </w:numPr>
    </w:pPr>
    <w:rPr>
      <w:rFonts w:ascii="Arial" w:hAnsi="Arial"/>
      <w:color w:val="252A3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ATS-Friendly Professional Resume Template</dc:title>
  <dc:subject>Reusable senior technical resume template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