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54.0" w:type="dxa"/>
        <w:jc w:val="left"/>
        <w:tblInd w:w="-115.0" w:type="dxa"/>
        <w:tblLayout w:type="fixed"/>
        <w:tblLook w:val="0400"/>
      </w:tblPr>
      <w:tblGrid>
        <w:gridCol w:w="7256"/>
        <w:gridCol w:w="3798"/>
        <w:tblGridChange w:id="0">
          <w:tblGrid>
            <w:gridCol w:w="7256"/>
            <w:gridCol w:w="3798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dc554c" w:space="0" w:sz="32" w:val="single"/>
            </w:tcBorders>
            <w:tcMar>
              <w:top w:w="144.0" w:type="dxa"/>
              <w:left w:w="144.0" w:type="dxa"/>
              <w:bottom w:w="144.0" w:type="dxa"/>
              <w:right w:w="144.0" w:type="dxa"/>
            </w:tcMar>
          </w:tcPr>
          <w:p w:rsidR="00000000" w:rsidDel="00000000" w:rsidP="00000000" w:rsidRDefault="00000000" w:rsidRPr="00000000" w14:paraId="00000002">
            <w:pPr>
              <w:spacing w:after="4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47"/>
                <w:szCs w:val="47"/>
                <w:rtl w:val="0"/>
              </w:rPr>
              <w:t xml:space="preserve">{{NAME}}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4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21"/>
                <w:szCs w:val="21"/>
                <w:rtl w:val="0"/>
              </w:rPr>
              <w:t xml:space="preserve">{{PRIMARY_POSITIONING}}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44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6606b"/>
                <w:sz w:val="19"/>
                <w:szCs w:val="19"/>
                <w:rtl w:val="0"/>
              </w:rPr>
              <w:t xml:space="preserve">{{SECONDARY_POSITIONING_OPTIONAL}}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7031.0" w:type="dxa"/>
              <w:jc w:val="left"/>
              <w:tblLayout w:type="fixed"/>
              <w:tblLook w:val="0400"/>
            </w:tblPr>
            <w:tblGrid>
              <w:gridCol w:w="1743.75"/>
              <w:gridCol w:w="1743.75"/>
              <w:gridCol w:w="1743.75"/>
              <w:gridCol w:w="1743.75"/>
              <w:gridCol w:w="56"/>
              <w:tblGridChange w:id="0">
                <w:tblGrid>
                  <w:gridCol w:w="1743.75"/>
                  <w:gridCol w:w="1743.75"/>
                  <w:gridCol w:w="1743.75"/>
                  <w:gridCol w:w="1743.75"/>
                  <w:gridCol w:w="5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0.0" w:type="dxa"/>
                    <w:bottom w:w="0.0" w:type="dxa"/>
                  </w:tcMar>
                  <w:vAlign w:val="center"/>
                </w:tcPr>
                <w:p w:rsidR="00000000" w:rsidDel="00000000" w:rsidP="00000000" w:rsidRDefault="00000000" w:rsidRPr="00000000" w14:paraId="00000005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sdt>
                  <w:sdtPr>
                    <w:lock w:val="contentLocked"/>
                    <w:id w:val="-966393493"/>
                    <w:tag w:val="goog_rdk_0"/>
                  </w:sdtPr>
                  <w:sdtContent>
                    <w:tbl>
                      <w:tblPr>
                        <w:tblStyle w:val="Table3"/>
                        <w:tblW w:w="1215.0" w:type="dxa"/>
                        <w:jc w:val="left"/>
                        <w:tblLayout w:type="fixed"/>
                        <w:tblLook w:val="0600"/>
                      </w:tblPr>
                      <w:tblGrid>
                        <w:gridCol w:w="360"/>
                        <w:gridCol w:w="855"/>
                        <w:tblGridChange w:id="0">
                          <w:tblGrid>
                            <w:gridCol w:w="360"/>
                            <w:gridCol w:w="855"/>
                          </w:tblGrid>
                        </w:tblGridChange>
                      </w:tblGrid>
                      <w:tr>
                        <w:trPr>
                          <w:cantSplit w:val="0"/>
                          <w:tblHeader w:val="0"/>
                        </w:trPr>
                        <w:tc>
                          <w:tcPr>
                            <w:shd w:fill="auto" w:val="clear"/>
                            <w:tcMar>
                              <w:top w:w="0.0" w:type="dxa"/>
                              <w:left w:w="0.0" w:type="dxa"/>
                              <w:bottom w:w="0.0" w:type="dxa"/>
                              <w:right w:w="0.0" w:type="dxa"/>
                            </w:tcMar>
                            <w:vAlign w:val="center"/>
                          </w:tcPr>
                          <w:p w:rsidR="00000000" w:rsidDel="00000000" w:rsidP="00000000" w:rsidRDefault="00000000" w:rsidRPr="00000000" w14:paraId="00000006">
                            <w:pPr>
                              <w:rPr/>
                            </w:pPr>
                            <w:r w:rsidDel="00000000" w:rsidR="00000000" w:rsidRPr="00000000">
                              <w:rPr/>
                              <w:drawing>
                                <wp:inline distB="0" distT="0" distL="114300" distR="114300">
                                  <wp:extent cx="122400" cy="122400"/>
                                  <wp:effectExtent b="0" l="0" r="0" t="0"/>
                                  <wp:docPr id="32" name="image3.png"/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image3.png"/>
                                          <pic:cNvPicPr preferRelativeResize="0"/>
                                        </pic:nvPicPr>
                                        <pic:blipFill>
                                          <a:blip r:embed="rId7"/>
                                          <a:srcRect b="0" l="0" r="0" t="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400" cy="122400"/>
                                          </a:xfrm>
                                          <a:prstGeom prst="rect"/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Del="00000000" w:rsidR="00000000" w:rsidRPr="00000000">
                              <w:rPr>
                                <w:rtl w:val="0"/>
                              </w:rPr>
                            </w:r>
                          </w:p>
                        </w:tc>
                        <w:tc>
                          <w:tcPr>
                            <w:shd w:fill="auto" w:val="clear"/>
                            <w:tcMar>
                              <w:top w:w="0.0" w:type="dxa"/>
                              <w:left w:w="0.0" w:type="dxa"/>
                              <w:bottom w:w="0.0" w:type="dxa"/>
                              <w:right w:w="0.0" w:type="dxa"/>
                            </w:tcMar>
                            <w:vAlign w:val="center"/>
                          </w:tcPr>
                          <w:p w:rsidR="00000000" w:rsidDel="00000000" w:rsidP="00000000" w:rsidRDefault="00000000" w:rsidRPr="00000000" w14:paraId="00000007">
                            <w:pPr>
                              <w:rPr/>
                            </w:pPr>
                            <w:r w:rsidDel="00000000" w:rsidR="00000000" w:rsidRPr="00000000">
                              <w:rPr>
                                <w:sz w:val="12"/>
                                <w:szCs w:val="12"/>
                                <w:rtl w:val="0"/>
                              </w:rPr>
                              <w:t xml:space="preserve">{{LOCATION}}</w:t>
                            </w:r>
                            <w:r w:rsidDel="00000000" w:rsidR="00000000" w:rsidRPr="00000000">
                              <w:rPr>
                                <w:rtl w:val="0"/>
                              </w:rPr>
                            </w:r>
                          </w:p>
                        </w:tc>
                      </w:tr>
                    </w:tbl>
                  </w:sdtContent>
                </w:sdt>
                <w:p w:rsidR="00000000" w:rsidDel="00000000" w:rsidP="00000000" w:rsidRDefault="00000000" w:rsidRPr="00000000" w14:paraId="00000008">
                  <w:pPr>
                    <w:rPr>
                      <w:sz w:val="2"/>
                      <w:szCs w:val="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bottom w:w="0.0" w:type="dxa"/>
                  </w:tcMar>
                  <w:vAlign w:val="center"/>
                </w:tcPr>
                <w:p w:rsidR="00000000" w:rsidDel="00000000" w:rsidP="00000000" w:rsidRDefault="00000000" w:rsidRPr="00000000" w14:paraId="00000009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sdt>
                  <w:sdtPr>
                    <w:lock w:val="contentLocked"/>
                    <w:id w:val="-280076466"/>
                    <w:tag w:val="goog_rdk_1"/>
                  </w:sdtPr>
                  <w:sdtContent>
                    <w:tbl>
                      <w:tblPr>
                        <w:tblStyle w:val="Table4"/>
                        <w:tblW w:w="1950.0" w:type="dxa"/>
                        <w:jc w:val="left"/>
                        <w:tblLayout w:type="fixed"/>
                        <w:tblLook w:val="0600"/>
                      </w:tblPr>
                      <w:tblGrid>
                        <w:gridCol w:w="360"/>
                        <w:gridCol w:w="1590"/>
                        <w:tblGridChange w:id="0">
                          <w:tblGrid>
                            <w:gridCol w:w="360"/>
                            <w:gridCol w:w="1590"/>
                          </w:tblGrid>
                        </w:tblGridChange>
                      </w:tblGrid>
                      <w:tr>
                        <w:trPr>
                          <w:cantSplit w:val="0"/>
                          <w:tblHeader w:val="0"/>
                        </w:trPr>
                        <w:tc>
                          <w:tcPr>
                            <w:shd w:fill="auto" w:val="clear"/>
                            <w:tcMar>
                              <w:top w:w="0.0" w:type="dxa"/>
                              <w:left w:w="0.0" w:type="dxa"/>
                              <w:bottom w:w="0.0" w:type="dxa"/>
                              <w:right w:w="0.0" w:type="dxa"/>
                            </w:tcMar>
                            <w:vAlign w:val="center"/>
                          </w:tcPr>
                          <w:p w:rsidR="00000000" w:rsidDel="00000000" w:rsidP="00000000" w:rsidRDefault="00000000" w:rsidRPr="00000000" w14:paraId="0000000A">
                            <w:pPr>
                              <w:rPr/>
                            </w:pPr>
                            <w:r w:rsidDel="00000000" w:rsidR="00000000" w:rsidRPr="00000000">
                              <w:rPr/>
                              <w:drawing>
                                <wp:inline distB="0" distT="0" distL="114300" distR="114300">
                                  <wp:extent cx="122400" cy="122400"/>
                                  <wp:effectExtent b="0" l="0" r="0" t="0"/>
                                  <wp:docPr id="34" name="image8.png"/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image8.png"/>
                                          <pic:cNvPicPr preferRelativeResize="0"/>
                                        </pic:nvPicPr>
                                        <pic:blipFill>
                                          <a:blip r:embed="rId8"/>
                                          <a:srcRect b="0" l="0" r="0" t="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400" cy="122400"/>
                                          </a:xfrm>
                                          <a:prstGeom prst="rect"/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Del="00000000" w:rsidR="00000000" w:rsidRPr="00000000">
                              <w:rPr>
                                <w:rtl w:val="0"/>
                              </w:rPr>
                            </w:r>
                          </w:p>
                        </w:tc>
                        <w:tc>
                          <w:tcPr>
                            <w:shd w:fill="auto" w:val="clear"/>
                            <w:tcMar>
                              <w:top w:w="0.0" w:type="dxa"/>
                              <w:left w:w="0.0" w:type="dxa"/>
                              <w:bottom w:w="0.0" w:type="dxa"/>
                              <w:right w:w="0.0" w:type="dxa"/>
                            </w:tcMar>
                            <w:vAlign w:val="center"/>
                          </w:tcPr>
                          <w:p w:rsidR="00000000" w:rsidDel="00000000" w:rsidP="00000000" w:rsidRDefault="00000000" w:rsidRPr="00000000" w14:paraId="0000000B">
                            <w:pPr>
                              <w:rPr/>
                            </w:pPr>
                            <w:r w:rsidDel="00000000" w:rsidR="00000000" w:rsidRPr="00000000">
                              <w:rPr>
                                <w:sz w:val="12"/>
                                <w:szCs w:val="12"/>
                                <w:rtl w:val="0"/>
                              </w:rPr>
                              <w:t xml:space="preserve">{{EMAIL}}</w:t>
                            </w:r>
                            <w:r w:rsidDel="00000000" w:rsidR="00000000" w:rsidRPr="00000000">
                              <w:rPr>
                                <w:rtl w:val="0"/>
                              </w:rPr>
                            </w:r>
                          </w:p>
                        </w:tc>
                      </w:tr>
                    </w:tbl>
                  </w:sdtContent>
                </w:sdt>
                <w:p w:rsidR="00000000" w:rsidDel="00000000" w:rsidP="00000000" w:rsidRDefault="00000000" w:rsidRPr="00000000" w14:paraId="0000000C">
                  <w:pPr>
                    <w:rPr>
                      <w:sz w:val="2"/>
                      <w:szCs w:val="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0D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sdt>
                  <w:sdtPr>
                    <w:lock w:val="contentLocked"/>
                    <w:id w:val="877274829"/>
                    <w:tag w:val="goog_rdk_2"/>
                  </w:sdtPr>
                  <w:sdtContent>
                    <w:tbl>
                      <w:tblPr>
                        <w:tblStyle w:val="Table5"/>
                        <w:tblW w:w="1440.0" w:type="dxa"/>
                        <w:jc w:val="left"/>
                        <w:tblLayout w:type="fixed"/>
                        <w:tblLook w:val="0600"/>
                      </w:tblPr>
                      <w:tblGrid>
                        <w:gridCol w:w="465"/>
                        <w:gridCol w:w="975"/>
                        <w:tblGridChange w:id="0">
                          <w:tblGrid>
                            <w:gridCol w:w="465"/>
                            <w:gridCol w:w="975"/>
                          </w:tblGrid>
                        </w:tblGridChange>
                      </w:tblGrid>
                      <w:tr>
                        <w:trPr>
                          <w:cantSplit w:val="0"/>
                          <w:tblHeader w:val="0"/>
                        </w:trPr>
                        <w:tc>
                          <w:tcPr>
                            <w:shd w:fill="auto" w:val="clear"/>
                            <w:tcMar>
                              <w:top w:w="0.0" w:type="dxa"/>
                              <w:left w:w="0.0" w:type="dxa"/>
                              <w:bottom w:w="0.0" w:type="dxa"/>
                              <w:right w:w="0.0" w:type="dxa"/>
                            </w:tcMar>
                            <w:vAlign w:val="center"/>
                          </w:tcPr>
                          <w:p w:rsidR="00000000" w:rsidDel="00000000" w:rsidP="00000000" w:rsidRDefault="00000000" w:rsidRPr="00000000" w14:paraId="0000000E">
                            <w:pPr>
                              <w:rPr/>
                            </w:pPr>
                            <w:r w:rsidDel="00000000" w:rsidR="00000000" w:rsidRPr="00000000">
                              <w:rPr/>
                              <w:drawing>
                                <wp:inline distB="0" distT="0" distL="114300" distR="114300">
                                  <wp:extent cx="122400" cy="122400"/>
                                  <wp:effectExtent b="0" l="0" r="0" t="0"/>
                                  <wp:docPr id="33" name="image6.png"/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image6.png"/>
                                          <pic:cNvPicPr preferRelativeResize="0"/>
                                        </pic:nvPicPr>
                                        <pic:blipFill>
                                          <a:blip r:embed="rId9"/>
                                          <a:srcRect b="0" l="0" r="0" t="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400" cy="122400"/>
                                          </a:xfrm>
                                          <a:prstGeom prst="rect"/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Del="00000000" w:rsidR="00000000" w:rsidRPr="00000000">
                              <w:rPr>
                                <w:rtl w:val="0"/>
                              </w:rPr>
                            </w:r>
                          </w:p>
                        </w:tc>
                        <w:tc>
                          <w:tcPr>
                            <w:shd w:fill="auto" w:val="clear"/>
                            <w:tcMar>
                              <w:top w:w="0.0" w:type="dxa"/>
                              <w:left w:w="0.0" w:type="dxa"/>
                              <w:bottom w:w="0.0" w:type="dxa"/>
                              <w:right w:w="0.0" w:type="dxa"/>
                            </w:tcMar>
                            <w:vAlign w:val="center"/>
                          </w:tcPr>
                          <w:p w:rsidR="00000000" w:rsidDel="00000000" w:rsidP="00000000" w:rsidRDefault="00000000" w:rsidRPr="00000000" w14:paraId="0000000F">
                            <w:pPr>
                              <w:rPr/>
                            </w:pPr>
                            <w:r w:rsidDel="00000000" w:rsidR="00000000" w:rsidRPr="00000000">
                              <w:rPr>
                                <w:sz w:val="12"/>
                                <w:szCs w:val="12"/>
                                <w:rtl w:val="0"/>
                              </w:rPr>
                              <w:t xml:space="preserve">{{LINKEDIN}}</w:t>
                            </w:r>
                            <w:r w:rsidDel="00000000" w:rsidR="00000000" w:rsidRPr="00000000">
                              <w:rPr>
                                <w:rtl w:val="0"/>
                              </w:rPr>
                            </w:r>
                          </w:p>
                        </w:tc>
                      </w:tr>
                    </w:tbl>
                  </w:sdtContent>
                </w:sdt>
                <w:p w:rsidR="00000000" w:rsidDel="00000000" w:rsidP="00000000" w:rsidRDefault="00000000" w:rsidRPr="00000000" w14:paraId="00000010">
                  <w:pPr>
                    <w:rPr>
                      <w:sz w:val="2"/>
                      <w:szCs w:val="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bottom w:w="0.0" w:type="dxa"/>
                  </w:tcMar>
                  <w:vAlign w:val="center"/>
                </w:tcPr>
                <w:p w:rsidR="00000000" w:rsidDel="00000000" w:rsidP="00000000" w:rsidRDefault="00000000" w:rsidRPr="00000000" w14:paraId="00000011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sdt>
                  <w:sdtPr>
                    <w:lock w:val="contentLocked"/>
                    <w:id w:val="-1164565031"/>
                    <w:tag w:val="goog_rdk_3"/>
                  </w:sdtPr>
                  <w:sdtContent>
                    <w:tbl>
                      <w:tblPr>
                        <w:tblStyle w:val="Table6"/>
                        <w:tblW w:w="1410.0" w:type="dxa"/>
                        <w:jc w:val="left"/>
                        <w:tblLayout w:type="fixed"/>
                        <w:tblLook w:val="0600"/>
                      </w:tblPr>
                      <w:tblGrid>
                        <w:gridCol w:w="465"/>
                        <w:gridCol w:w="945"/>
                        <w:tblGridChange w:id="0">
                          <w:tblGrid>
                            <w:gridCol w:w="465"/>
                            <w:gridCol w:w="945"/>
                          </w:tblGrid>
                        </w:tblGridChange>
                      </w:tblGrid>
                      <w:tr>
                        <w:trPr>
                          <w:cantSplit w:val="0"/>
                          <w:tblHeader w:val="0"/>
                        </w:trPr>
                        <w:tc>
                          <w:tcPr>
                            <w:shd w:fill="auto" w:val="clear"/>
                            <w:tcMar>
                              <w:top w:w="0.0" w:type="dxa"/>
                              <w:left w:w="0.0" w:type="dxa"/>
                              <w:bottom w:w="0.0" w:type="dxa"/>
                              <w:right w:w="0.0" w:type="dxa"/>
                            </w:tcMar>
                            <w:vAlign w:val="center"/>
                          </w:tcPr>
                          <w:p w:rsidR="00000000" w:rsidDel="00000000" w:rsidP="00000000" w:rsidRDefault="00000000" w:rsidRPr="00000000" w14:paraId="00000012">
                            <w:pPr>
                              <w:rPr/>
                            </w:pPr>
                            <w:r w:rsidDel="00000000" w:rsidR="00000000" w:rsidRPr="00000000">
                              <w:rPr/>
                              <w:drawing>
                                <wp:inline distB="0" distT="0" distL="114300" distR="114300">
                                  <wp:extent cx="122400" cy="122400"/>
                                  <wp:effectExtent b="0" l="0" r="0" t="0"/>
                                  <wp:docPr id="36" name="image4.png"/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image4.png"/>
                                          <pic:cNvPicPr preferRelativeResize="0"/>
                                        </pic:nvPicPr>
                                        <pic:blipFill>
                                          <a:blip r:embed="rId10"/>
                                          <a:srcRect b="0" l="0" r="0" t="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400" cy="122400"/>
                                          </a:xfrm>
                                          <a:prstGeom prst="rect"/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Del="00000000" w:rsidR="00000000" w:rsidRPr="00000000">
                              <w:rPr>
                                <w:rtl w:val="0"/>
                              </w:rPr>
                            </w:r>
                          </w:p>
                        </w:tc>
                        <w:tc>
                          <w:tcPr>
                            <w:shd w:fill="auto" w:val="clear"/>
                            <w:tcMar>
                              <w:top w:w="0.0" w:type="dxa"/>
                              <w:left w:w="0.0" w:type="dxa"/>
                              <w:bottom w:w="0.0" w:type="dxa"/>
                              <w:right w:w="0.0" w:type="dxa"/>
                            </w:tcMar>
                            <w:vAlign w:val="center"/>
                          </w:tcPr>
                          <w:p w:rsidR="00000000" w:rsidDel="00000000" w:rsidP="00000000" w:rsidRDefault="00000000" w:rsidRPr="00000000" w14:paraId="00000013">
                            <w:pPr>
                              <w:rPr/>
                            </w:pPr>
                            <w:r w:rsidDel="00000000" w:rsidR="00000000" w:rsidRPr="00000000">
                              <w:rPr>
                                <w:sz w:val="12"/>
                                <w:szCs w:val="12"/>
                                <w:rtl w:val="0"/>
                              </w:rPr>
                              <w:t xml:space="preserve">{{GITHUB}}</w:t>
                            </w:r>
                            <w:r w:rsidDel="00000000" w:rsidR="00000000" w:rsidRPr="00000000">
                              <w:rPr>
                                <w:rtl w:val="0"/>
                              </w:rPr>
                            </w:r>
                          </w:p>
                        </w:tc>
                      </w:tr>
                    </w:tbl>
                  </w:sdtContent>
                </w:sdt>
                <w:p w:rsidR="00000000" w:rsidDel="00000000" w:rsidP="00000000" w:rsidRDefault="00000000" w:rsidRPr="00000000" w14:paraId="00000014">
                  <w:pPr>
                    <w:rPr>
                      <w:sz w:val="2"/>
                      <w:szCs w:val="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15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6">
            <w:pPr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</w:tcPr>
          <w:p w:rsidR="00000000" w:rsidDel="00000000" w:rsidP="00000000" w:rsidRDefault="00000000" w:rsidRPr="00000000" w14:paraId="00000017">
            <w:pPr>
              <w:spacing w:after="0" w:before="0" w:line="269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4"/>
                <w:szCs w:val="14"/>
                <w:rtl w:val="0"/>
              </w:rPr>
              <w:t xml:space="preserve">TECHNOLOGY.</w:t>
              <w:br w:type="textWrapping"/>
              <w:t xml:space="preserve">PEOPLE.</w:t>
              <w:br w:type="textWrapping"/>
              <w:t xml:space="preserve">DELIVERY.</w:t>
              <w:br w:type="textWrapping"/>
              <w:t xml:space="preserve">REAL IMPACT.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before="0" w:line="259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before="6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3"/>
                <w:szCs w:val="13"/>
                <w:rtl w:val="0"/>
              </w:rPr>
              <w:t xml:space="preserve">━━━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44.0" w:type="dxa"/>
              <w:left w:w="144.0" w:type="dxa"/>
              <w:bottom w:w="144.0" w:type="dxa"/>
              <w:right w:w="144.0" w:type="dxa"/>
            </w:tcMar>
          </w:tcPr>
          <w:p w:rsidR="00000000" w:rsidDel="00000000" w:rsidP="00000000" w:rsidRDefault="00000000" w:rsidRPr="00000000" w14:paraId="0000001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1"/>
              <w:keepLines w:val="1"/>
              <w:spacing w:after="5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8"/>
                <w:szCs w:val="18"/>
                <w:rtl w:val="0"/>
              </w:rPr>
              <w:t xml:space="preserve">PROFESSIONAL PROPOSITION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24" w:before="0" w:line="252.00000000000003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20"/>
                <w:szCs w:val="20"/>
                <w:rtl w:val="0"/>
              </w:rPr>
              <w:t xml:space="preserve">{{PROFESSIONAL_PROPOSITION}}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76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6606b"/>
                <w:sz w:val="16"/>
                <w:szCs w:val="16"/>
                <w:rtl w:val="0"/>
              </w:rPr>
              <w:t xml:space="preserve">{{PROPOSITION_SUPPORTING_LINE_OPTIONAL}}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54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1"/>
              <w:keepLines w:val="1"/>
              <w:spacing w:after="4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8"/>
                <w:szCs w:val="18"/>
                <w:rtl w:val="0"/>
              </w:rPr>
              <w:t xml:space="preserve">CAREER PROGRESSION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6802.0" w:type="dxa"/>
              <w:jc w:val="left"/>
              <w:tblLayout w:type="fixed"/>
              <w:tblLook w:val="0400"/>
            </w:tblPr>
            <w:tblGrid>
              <w:gridCol w:w="5555"/>
              <w:gridCol w:w="1247"/>
              <w:tblGridChange w:id="0">
                <w:tblGrid>
                  <w:gridCol w:w="5555"/>
                  <w:gridCol w:w="124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0.0" w:type="dxa"/>
                    <w:bottom w:w="0.0" w:type="dxa"/>
                  </w:tcMar>
                  <w:vAlign w:val="bottom"/>
                </w:tcPr>
                <w:p w:rsidR="00000000" w:rsidDel="00000000" w:rsidP="00000000" w:rsidRDefault="00000000" w:rsidRPr="00000000" w14:paraId="00000020">
                  <w:pPr>
                    <w:spacing w:after="6" w:lineRule="auto"/>
                    <w:rPr/>
                  </w:pPr>
                  <w:r w:rsidDel="00000000" w:rsidR="00000000" w:rsidRPr="00000000">
                    <w:rPr>
                      <w:rFonts w:ascii="Georgia" w:cs="Georgia" w:eastAsia="Georgia" w:hAnsi="Georgia"/>
                      <w:b w:val="1"/>
                      <w:bCs w:val="1"/>
                      <w:i w:val="0"/>
                      <w:iCs w:val="0"/>
                      <w:color w:val="172230"/>
                      <w:sz w:val="19"/>
                      <w:szCs w:val="19"/>
                      <w:rtl w:val="0"/>
                    </w:rPr>
                    <w:t xml:space="preserve">{{CAREER_STAGE_TITLE}}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bottom w:w="0.0" w:type="dxa"/>
                  </w:tcMar>
                  <w:vAlign w:val="bottom"/>
                </w:tcPr>
                <w:p w:rsidR="00000000" w:rsidDel="00000000" w:rsidP="00000000" w:rsidRDefault="00000000" w:rsidRPr="00000000" w14:paraId="00000021">
                  <w:pPr>
                    <w:spacing w:after="6" w:lineRule="auto"/>
                    <w:jc w:val="right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color w:val="56606b"/>
                      <w:sz w:val="13"/>
                      <w:szCs w:val="13"/>
                      <w:rtl w:val="0"/>
                    </w:rPr>
                    <w:t xml:space="preserve">{{DATE}}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42" w:before="0" w:line="245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{{CAREER STAGE SCOPE / PROGRESSION}}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8"/>
              <w:tblW w:w="6802.0" w:type="dxa"/>
              <w:jc w:val="left"/>
              <w:tblLayout w:type="fixed"/>
              <w:tblLook w:val="0400"/>
            </w:tblPr>
            <w:tblGrid>
              <w:gridCol w:w="5555"/>
              <w:gridCol w:w="1247"/>
              <w:tblGridChange w:id="0">
                <w:tblGrid>
                  <w:gridCol w:w="5555"/>
                  <w:gridCol w:w="124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0.0" w:type="dxa"/>
                    <w:bottom w:w="0.0" w:type="dxa"/>
                  </w:tcMar>
                  <w:vAlign w:val="bottom"/>
                </w:tcPr>
                <w:p w:rsidR="00000000" w:rsidDel="00000000" w:rsidP="00000000" w:rsidRDefault="00000000" w:rsidRPr="00000000" w14:paraId="00000024">
                  <w:pPr>
                    <w:spacing w:after="6" w:lineRule="auto"/>
                    <w:rPr/>
                  </w:pPr>
                  <w:r w:rsidDel="00000000" w:rsidR="00000000" w:rsidRPr="00000000">
                    <w:rPr>
                      <w:rFonts w:ascii="Georgia" w:cs="Georgia" w:eastAsia="Georgia" w:hAnsi="Georgia"/>
                      <w:b w:val="1"/>
                      <w:bCs w:val="1"/>
                      <w:i w:val="0"/>
                      <w:iCs w:val="0"/>
                      <w:color w:val="172230"/>
                      <w:sz w:val="19"/>
                      <w:szCs w:val="19"/>
                      <w:rtl w:val="0"/>
                    </w:rPr>
                    <w:t xml:space="preserve">{{CAREER_STAGE_TITLE}}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bottom w:w="0.0" w:type="dxa"/>
                  </w:tcMar>
                  <w:vAlign w:val="bottom"/>
                </w:tcPr>
                <w:p w:rsidR="00000000" w:rsidDel="00000000" w:rsidP="00000000" w:rsidRDefault="00000000" w:rsidRPr="00000000" w14:paraId="00000025">
                  <w:pPr>
                    <w:spacing w:after="6" w:lineRule="auto"/>
                    <w:jc w:val="right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color w:val="56606b"/>
                      <w:sz w:val="13"/>
                      <w:szCs w:val="13"/>
                      <w:rtl w:val="0"/>
                    </w:rPr>
                    <w:t xml:space="preserve">{{DATE}}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42" w:before="0" w:line="245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{{CAREER STAGE SCOPE / PROGRESSION}}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6802.0" w:type="dxa"/>
              <w:jc w:val="left"/>
              <w:tblLayout w:type="fixed"/>
              <w:tblLook w:val="0400"/>
            </w:tblPr>
            <w:tblGrid>
              <w:gridCol w:w="5555"/>
              <w:gridCol w:w="1247"/>
              <w:tblGridChange w:id="0">
                <w:tblGrid>
                  <w:gridCol w:w="5555"/>
                  <w:gridCol w:w="124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0.0" w:type="dxa"/>
                    <w:bottom w:w="0.0" w:type="dxa"/>
                  </w:tcMar>
                  <w:vAlign w:val="bottom"/>
                </w:tcPr>
                <w:p w:rsidR="00000000" w:rsidDel="00000000" w:rsidP="00000000" w:rsidRDefault="00000000" w:rsidRPr="00000000" w14:paraId="00000028">
                  <w:pPr>
                    <w:spacing w:after="6" w:lineRule="auto"/>
                    <w:rPr/>
                  </w:pPr>
                  <w:r w:rsidDel="00000000" w:rsidR="00000000" w:rsidRPr="00000000">
                    <w:rPr>
                      <w:rFonts w:ascii="Georgia" w:cs="Georgia" w:eastAsia="Georgia" w:hAnsi="Georgia"/>
                      <w:b w:val="1"/>
                      <w:bCs w:val="1"/>
                      <w:i w:val="0"/>
                      <w:iCs w:val="0"/>
                      <w:color w:val="172230"/>
                      <w:sz w:val="19"/>
                      <w:szCs w:val="19"/>
                      <w:rtl w:val="0"/>
                    </w:rPr>
                    <w:t xml:space="preserve">{{CAREER_STAGE_TITLE}}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bottom w:w="0.0" w:type="dxa"/>
                  </w:tcMar>
                  <w:vAlign w:val="bottom"/>
                </w:tcPr>
                <w:p w:rsidR="00000000" w:rsidDel="00000000" w:rsidP="00000000" w:rsidRDefault="00000000" w:rsidRPr="00000000" w14:paraId="00000029">
                  <w:pPr>
                    <w:spacing w:after="6" w:lineRule="auto"/>
                    <w:jc w:val="right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color w:val="56606b"/>
                      <w:sz w:val="13"/>
                      <w:szCs w:val="13"/>
                      <w:rtl w:val="0"/>
                    </w:rPr>
                    <w:t xml:space="preserve">{{DATE}}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42" w:before="0" w:line="245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{{CAREER STAGE SCOPE / PROGRESSION}}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44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1"/>
              <w:keepLines w:val="1"/>
              <w:spacing w:after="3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8"/>
                <w:szCs w:val="18"/>
                <w:rtl w:val="0"/>
              </w:rPr>
              <w:t xml:space="preserve">OPERATING MODEL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14" w:before="0" w:line="252.00000000000003" w:lineRule="auto"/>
              <w:ind w:left="283" w:hanging="227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6"/>
                <w:szCs w:val="16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  {{OPERATING_MODEL_POINT}}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14" w:before="0" w:line="252.00000000000003" w:lineRule="auto"/>
              <w:ind w:left="283" w:hanging="227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6"/>
                <w:szCs w:val="16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  {{OPERATING_MODEL_POINT}}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14" w:before="0" w:line="252.00000000000003" w:lineRule="auto"/>
              <w:ind w:left="283" w:hanging="227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6"/>
                <w:szCs w:val="16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  {{OPERATING_MODEL_POINT_OPTIONAL}}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ed9d7" w:space="0" w:sz="4" w:val="single"/>
            </w:tcBorders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</w:tcPr>
          <w:p w:rsidR="00000000" w:rsidDel="00000000" w:rsidP="00000000" w:rsidRDefault="00000000" w:rsidRPr="00000000" w14:paraId="0000003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1"/>
              <w:keepLines w:val="1"/>
              <w:spacing w:after="28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21"/>
                <w:szCs w:val="21"/>
                <w:rtl w:val="0"/>
              </w:rPr>
              <w:t xml:space="preserve">PROFILE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64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3"/>
                <w:szCs w:val="13"/>
                <w:rtl w:val="0"/>
              </w:rPr>
              <w:t xml:space="preserve">━━━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120" w:before="0" w:line="26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6"/>
                <w:szCs w:val="16"/>
                <w:rtl w:val="0"/>
              </w:rPr>
              <w:t xml:space="preserve">{{PROFILE_SUMMARY}}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1"/>
              <w:keepLines w:val="1"/>
              <w:spacing w:after="28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20"/>
                <w:szCs w:val="20"/>
                <w:rtl w:val="0"/>
              </w:rPr>
              <w:t xml:space="preserve">CORE STRENGTHS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48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3"/>
                <w:szCs w:val="13"/>
                <w:rtl w:val="0"/>
              </w:rPr>
              <w:t xml:space="preserve">━━━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20" w:before="0" w:line="252.00000000000003" w:lineRule="auto"/>
              <w:ind w:left="283" w:hanging="227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5"/>
                <w:szCs w:val="15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  {{CORE_STRENGTH}}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20" w:before="0" w:line="252.00000000000003" w:lineRule="auto"/>
              <w:ind w:left="283" w:hanging="227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5"/>
                <w:szCs w:val="15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  {{CORE_STRENGTH}}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20" w:before="0" w:line="252.00000000000003" w:lineRule="auto"/>
              <w:ind w:left="283" w:hanging="227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5"/>
                <w:szCs w:val="15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  {{CORE_STRENGTH}}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104" w:before="0" w:line="252.00000000000003" w:lineRule="auto"/>
              <w:ind w:left="283" w:hanging="227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5"/>
                <w:szCs w:val="15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  {{CORE STRENGTH OPTIONAL}}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1"/>
              <w:keepLines w:val="1"/>
              <w:spacing w:after="28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20"/>
                <w:szCs w:val="20"/>
                <w:rtl w:val="0"/>
              </w:rPr>
              <w:t xml:space="preserve">SELECTED CREDENTIALS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48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3"/>
                <w:szCs w:val="13"/>
                <w:rtl w:val="0"/>
              </w:rPr>
              <w:t xml:space="preserve">━━━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8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6"/>
                <w:szCs w:val="16"/>
                <w:rtl w:val="0"/>
              </w:rPr>
              <w:t xml:space="preserve">{{CREDENTIAL}}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56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4"/>
                <w:szCs w:val="14"/>
                <w:rtl w:val="0"/>
              </w:rPr>
              <w:t xml:space="preserve">{{ISSUER · YEAR}}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8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6"/>
                <w:szCs w:val="16"/>
                <w:rtl w:val="0"/>
              </w:rPr>
              <w:t xml:space="preserve">{{CREDENTIAL}}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4"/>
                <w:szCs w:val="14"/>
                <w:rtl w:val="0"/>
              </w:rPr>
              <w:t xml:space="preserve">{{ISSUER · YEAR}}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44.0" w:type="dxa"/>
              <w:left w:w="144.0" w:type="dxa"/>
              <w:bottom w:w="144.0" w:type="dxa"/>
              <w:right w:w="144.0" w:type="dxa"/>
            </w:tcMar>
          </w:tcPr>
          <w:p w:rsidR="00000000" w:rsidDel="00000000" w:rsidP="00000000" w:rsidRDefault="00000000" w:rsidRPr="00000000" w14:paraId="00000044">
            <w:pPr>
              <w:spacing w:after="40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9"/>
                <w:szCs w:val="19"/>
                <w:rtl w:val="0"/>
              </w:rPr>
              <w:t xml:space="preserve">Executive Delivery Evidence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4.0" w:type="dxa"/>
              <w:left w:w="144.0" w:type="dxa"/>
              <w:bottom w:w="144.0" w:type="dxa"/>
              <w:right w:w="144.0" w:type="dxa"/>
            </w:tcMar>
          </w:tcPr>
          <w:p w:rsidR="00000000" w:rsidDel="00000000" w:rsidP="00000000" w:rsidRDefault="00000000" w:rsidRPr="00000000" w14:paraId="00000045">
            <w:pPr>
              <w:spacing w:after="4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44.0" w:type="dxa"/>
              <w:left w:w="144.0" w:type="dxa"/>
              <w:bottom w:w="144.0" w:type="dxa"/>
              <w:right w:w="144.0" w:type="dxa"/>
            </w:tcMar>
          </w:tcPr>
          <w:p w:rsidR="00000000" w:rsidDel="00000000" w:rsidP="00000000" w:rsidRDefault="00000000" w:rsidRPr="00000000" w14:paraId="00000046">
            <w:pPr>
              <w:keepNext w:val="1"/>
              <w:spacing w:after="22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9"/>
                <w:szCs w:val="19"/>
                <w:rtl w:val="0"/>
              </w:rPr>
              <w:t xml:space="preserve">{{PROJECT_OR_EVIDENCE_TITLE}}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6606b"/>
                <w:sz w:val="16"/>
                <w:szCs w:val="16"/>
                <w:rtl w:val="0"/>
              </w:rPr>
              <w:t xml:space="preserve">  —  {{PROJECT CONTEXT}}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4.0" w:type="dxa"/>
              <w:left w:w="144.0" w:type="dxa"/>
              <w:bottom w:w="144.0" w:type="dxa"/>
              <w:right w:w="144.0" w:type="dxa"/>
            </w:tcMar>
          </w:tcPr>
          <w:p w:rsidR="00000000" w:rsidDel="00000000" w:rsidP="00000000" w:rsidRDefault="00000000" w:rsidRPr="00000000" w14:paraId="00000047">
            <w:pPr>
              <w:spacing w:after="22" w:before="0" w:line="24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4"/>
                <w:szCs w:val="14"/>
                <w:rtl w:val="0"/>
              </w:rPr>
              <w:t xml:space="preserve">{{STATUS / DATE}}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after="16" w:before="20" w:line="252.00000000000003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5"/>
          <w:szCs w:val="15"/>
          <w:rtl w:val="0"/>
        </w:rPr>
        <w:t xml:space="preserve">  {{CONTRIBUTION / ARCHITECTURE EVIDENCE}}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6" w:before="0" w:line="252.00000000000003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5"/>
          <w:szCs w:val="15"/>
          <w:rtl w:val="0"/>
        </w:rPr>
        <w:t xml:space="preserve">  {{DELIVERY / DECISION / SCALE EVIDENCE}}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6" w:before="0" w:line="252.00000000000003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5"/>
          <w:szCs w:val="15"/>
          <w:rtl w:val="0"/>
        </w:rPr>
        <w:t xml:space="preserve">  {{QUALIFICATION OPTIONAL}}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3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5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0770.0" w:type="dxa"/>
        <w:jc w:val="left"/>
        <w:tblInd w:w="-115.0" w:type="dxa"/>
        <w:tblLayout w:type="fixed"/>
        <w:tblLook w:val="0400"/>
      </w:tblPr>
      <w:tblGrid>
        <w:gridCol w:w="5215"/>
        <w:gridCol w:w="5555"/>
        <w:tblGridChange w:id="0">
          <w:tblGrid>
            <w:gridCol w:w="5215"/>
            <w:gridCol w:w="5555"/>
          </w:tblGrid>
        </w:tblGridChange>
      </w:tblGrid>
      <w:tr>
        <w:trPr>
          <w:cantSplit w:val="0"/>
          <w:tblHeader w:val="0"/>
        </w:trPr>
        <w:tc>
          <w:tcPr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9"/>
                <w:szCs w:val="19"/>
                <w:rtl w:val="0"/>
              </w:rPr>
              <w:t xml:space="preserve">Independent Delivery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{{INDEPENDENT DELIVERY NARRATIVE}}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9"/>
                <w:szCs w:val="19"/>
                <w:rtl w:val="0"/>
              </w:rPr>
              <w:t xml:space="preserve">Architecture Decisions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9" w:lineRule="auto"/>
              <w:ind w:left="227" w:hanging="17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5"/>
                <w:szCs w:val="15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  {{ARCHITECTURE DECISION / PRINCIPLE}}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9" w:lineRule="auto"/>
              <w:ind w:left="227" w:hanging="17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5"/>
                <w:szCs w:val="15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  {{ARCHITECTURE DECISION / PRINCIPLE}}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9" w:lineRule="auto"/>
              <w:ind w:left="227" w:hanging="17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5"/>
                <w:szCs w:val="15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  {{ARCHITECTURE DECISION / PRINCIPLE}}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44.0" w:type="dxa"/>
              <w:left w:w="144.0" w:type="dxa"/>
              <w:bottom w:w="144.0" w:type="dxa"/>
              <w:right w:w="144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spacing w:after="44" w:before="2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20"/>
                <w:szCs w:val="20"/>
                <w:rtl w:val="0"/>
              </w:rPr>
              <w:t xml:space="preserve">Technical Foundation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4.0" w:type="dxa"/>
              <w:left w:w="144.0" w:type="dxa"/>
              <w:bottom w:w="144.0" w:type="dxa"/>
              <w:right w:w="144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spacing w:after="3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1"/>
              <w:tblW w:w="5370.0" w:type="dxa"/>
              <w:jc w:val="left"/>
              <w:tblLayout w:type="fixed"/>
              <w:tblLook w:val="0400"/>
            </w:tblPr>
            <w:tblGrid>
              <w:gridCol w:w="840"/>
              <w:gridCol w:w="4530"/>
              <w:tblGridChange w:id="0">
                <w:tblGrid>
                  <w:gridCol w:w="840"/>
                  <w:gridCol w:w="453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0.0" w:type="dxa"/>
                    <w:bottom w:w="0.0" w:type="dxa"/>
                  </w:tcMar>
                  <w:vAlign w:val="center"/>
                </w:tcPr>
                <w:p w:rsidR="00000000" w:rsidDel="00000000" w:rsidP="00000000" w:rsidRDefault="00000000" w:rsidRPr="00000000" w14:paraId="00000056">
                  <w:pPr>
                    <w:spacing w:after="0" w:before="0" w:lineRule="auto"/>
                    <w:rPr/>
                  </w:pPr>
                  <w:r w:rsidDel="00000000" w:rsidR="00000000" w:rsidRPr="00000000">
                    <w:rPr/>
                    <w:drawing>
                      <wp:inline distB="0" distT="0" distL="114300" distR="114300">
                        <wp:extent cx="288000" cy="288000"/>
                        <wp:effectExtent b="0" l="0" r="0" t="0"/>
                        <wp:docPr id="35" name="image5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5.png"/>
                                <pic:cNvPicPr preferRelativeResize="0"/>
                              </pic:nvPicPr>
                              <pic:blipFill>
                                <a:blip r:embed="rId11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bottom w:w="0.0" w:type="dxa"/>
                  </w:tcMar>
                  <w:vAlign w:val="center"/>
                </w:tcPr>
                <w:p w:rsidR="00000000" w:rsidDel="00000000" w:rsidP="00000000" w:rsidRDefault="00000000" w:rsidRPr="00000000" w14:paraId="00000057">
                  <w:pPr>
                    <w:spacing w:after="4" w:before="0" w:line="240" w:lineRule="auto"/>
                    <w:rPr/>
                  </w:pPr>
                  <w:r w:rsidDel="00000000" w:rsidR="00000000" w:rsidRPr="00000000">
                    <w:rPr>
                      <w:rFonts w:ascii="Georgia" w:cs="Georgia" w:eastAsia="Georgia" w:hAnsi="Georgia"/>
                      <w:b w:val="1"/>
                      <w:bCs w:val="1"/>
                      <w:i w:val="0"/>
                      <w:iCs w:val="0"/>
                      <w:color w:val="172230"/>
                      <w:sz w:val="17"/>
                      <w:szCs w:val="17"/>
                      <w:rtl w:val="0"/>
                    </w:rPr>
                    <w:t xml:space="preserve">Backend / Architecture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8">
                  <w:pPr>
                    <w:spacing w:after="4" w:before="0" w:line="24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color w:val="56606b"/>
                      <w:sz w:val="14"/>
                      <w:szCs w:val="14"/>
                      <w:rtl w:val="0"/>
                    </w:rPr>
                    <w:t xml:space="preserve">{{BACKEND / ARCHITECTURE}}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2"/>
              <w:tblW w:w="5370.0" w:type="dxa"/>
              <w:jc w:val="left"/>
              <w:tblLayout w:type="fixed"/>
              <w:tblLook w:val="0400"/>
            </w:tblPr>
            <w:tblGrid>
              <w:gridCol w:w="840"/>
              <w:gridCol w:w="4530"/>
              <w:tblGridChange w:id="0">
                <w:tblGrid>
                  <w:gridCol w:w="840"/>
                  <w:gridCol w:w="453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0.0" w:type="dxa"/>
                    <w:bottom w:w="0.0" w:type="dxa"/>
                  </w:tcMar>
                  <w:vAlign w:val="center"/>
                </w:tcPr>
                <w:p w:rsidR="00000000" w:rsidDel="00000000" w:rsidP="00000000" w:rsidRDefault="00000000" w:rsidRPr="00000000" w14:paraId="0000005B">
                  <w:pPr>
                    <w:spacing w:after="0" w:before="0" w:lineRule="auto"/>
                    <w:rPr/>
                  </w:pPr>
                  <w:r w:rsidDel="00000000" w:rsidR="00000000" w:rsidRPr="00000000">
                    <w:rPr/>
                    <w:drawing>
                      <wp:inline distB="0" distT="0" distL="114300" distR="114300">
                        <wp:extent cx="288000" cy="288000"/>
                        <wp:effectExtent b="0" l="0" r="0" t="0"/>
                        <wp:docPr id="30" name="image7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7.pn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bottom w:w="0.0" w:type="dxa"/>
                  </w:tcMar>
                  <w:vAlign w:val="center"/>
                </w:tcPr>
                <w:p w:rsidR="00000000" w:rsidDel="00000000" w:rsidP="00000000" w:rsidRDefault="00000000" w:rsidRPr="00000000" w14:paraId="0000005C">
                  <w:pPr>
                    <w:spacing w:after="4" w:before="0" w:line="240" w:lineRule="auto"/>
                    <w:rPr/>
                  </w:pPr>
                  <w:r w:rsidDel="00000000" w:rsidR="00000000" w:rsidRPr="00000000">
                    <w:rPr>
                      <w:rFonts w:ascii="Georgia" w:cs="Georgia" w:eastAsia="Georgia" w:hAnsi="Georgia"/>
                      <w:b w:val="1"/>
                      <w:bCs w:val="1"/>
                      <w:i w:val="0"/>
                      <w:iCs w:val="0"/>
                      <w:color w:val="172230"/>
                      <w:sz w:val="17"/>
                      <w:szCs w:val="17"/>
                      <w:rtl w:val="0"/>
                    </w:rPr>
                    <w:t xml:space="preserve">Data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D">
                  <w:pPr>
                    <w:spacing w:after="4" w:before="0" w:line="24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color w:val="56606b"/>
                      <w:sz w:val="14"/>
                      <w:szCs w:val="14"/>
                      <w:rtl w:val="0"/>
                    </w:rPr>
                    <w:t xml:space="preserve">{{DATA FOUNDATION}}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3"/>
              <w:tblW w:w="5370.0" w:type="dxa"/>
              <w:jc w:val="left"/>
              <w:tblLayout w:type="fixed"/>
              <w:tblLook w:val="0400"/>
            </w:tblPr>
            <w:tblGrid>
              <w:gridCol w:w="840"/>
              <w:gridCol w:w="4530"/>
              <w:tblGridChange w:id="0">
                <w:tblGrid>
                  <w:gridCol w:w="840"/>
                  <w:gridCol w:w="453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0.0" w:type="dxa"/>
                    <w:bottom w:w="0.0" w:type="dxa"/>
                  </w:tcMar>
                  <w:vAlign w:val="center"/>
                </w:tcPr>
                <w:p w:rsidR="00000000" w:rsidDel="00000000" w:rsidP="00000000" w:rsidRDefault="00000000" w:rsidRPr="00000000" w14:paraId="00000060">
                  <w:pPr>
                    <w:spacing w:after="0" w:before="0" w:lineRule="auto"/>
                    <w:rPr/>
                  </w:pPr>
                  <w:r w:rsidDel="00000000" w:rsidR="00000000" w:rsidRPr="00000000">
                    <w:rPr/>
                    <w:drawing>
                      <wp:inline distB="0" distT="0" distL="114300" distR="114300">
                        <wp:extent cx="288000" cy="288000"/>
                        <wp:effectExtent b="0" l="0" r="0" t="0"/>
                        <wp:docPr id="29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png"/>
                                <pic:cNvPicPr preferRelativeResize="0"/>
                              </pic:nvPicPr>
                              <pic:blipFill>
                                <a:blip r:embed="rId13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bottom w:w="0.0" w:type="dxa"/>
                  </w:tcMar>
                  <w:vAlign w:val="center"/>
                </w:tcPr>
                <w:p w:rsidR="00000000" w:rsidDel="00000000" w:rsidP="00000000" w:rsidRDefault="00000000" w:rsidRPr="00000000" w14:paraId="00000061">
                  <w:pPr>
                    <w:spacing w:after="4" w:before="0" w:line="240" w:lineRule="auto"/>
                    <w:rPr/>
                  </w:pPr>
                  <w:r w:rsidDel="00000000" w:rsidR="00000000" w:rsidRPr="00000000">
                    <w:rPr>
                      <w:rFonts w:ascii="Georgia" w:cs="Georgia" w:eastAsia="Georgia" w:hAnsi="Georgia"/>
                      <w:b w:val="1"/>
                      <w:bCs w:val="1"/>
                      <w:i w:val="0"/>
                      <w:iCs w:val="0"/>
                      <w:color w:val="172230"/>
                      <w:sz w:val="17"/>
                      <w:szCs w:val="17"/>
                      <w:rtl w:val="0"/>
                    </w:rPr>
                    <w:t xml:space="preserve">Cloud / Delivery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2">
                  <w:pPr>
                    <w:spacing w:after="4" w:before="0" w:line="24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color w:val="56606b"/>
                      <w:sz w:val="14"/>
                      <w:szCs w:val="14"/>
                      <w:rtl w:val="0"/>
                    </w:rPr>
                    <w:t xml:space="preserve">{{CLOUD / DELIVERY}}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4"/>
              <w:tblW w:w="5370.0" w:type="dxa"/>
              <w:jc w:val="left"/>
              <w:tblLayout w:type="fixed"/>
              <w:tblLook w:val="0400"/>
            </w:tblPr>
            <w:tblGrid>
              <w:gridCol w:w="840"/>
              <w:gridCol w:w="4530"/>
              <w:tblGridChange w:id="0">
                <w:tblGrid>
                  <w:gridCol w:w="840"/>
                  <w:gridCol w:w="453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0.0" w:type="dxa"/>
                    <w:bottom w:w="0.0" w:type="dxa"/>
                  </w:tcMar>
                  <w:vAlign w:val="center"/>
                </w:tcPr>
                <w:p w:rsidR="00000000" w:rsidDel="00000000" w:rsidP="00000000" w:rsidRDefault="00000000" w:rsidRPr="00000000" w14:paraId="00000065">
                  <w:pPr>
                    <w:spacing w:after="0" w:before="0" w:lineRule="auto"/>
                    <w:rPr/>
                  </w:pPr>
                  <w:r w:rsidDel="00000000" w:rsidR="00000000" w:rsidRPr="00000000">
                    <w:rPr/>
                    <w:drawing>
                      <wp:inline distB="0" distT="0" distL="114300" distR="114300">
                        <wp:extent cx="288000" cy="288000"/>
                        <wp:effectExtent b="0" l="0" r="0" t="0"/>
                        <wp:docPr id="31" name="image2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2.png"/>
                                <pic:cNvPicPr preferRelativeResize="0"/>
                              </pic:nvPicPr>
                              <pic:blipFill>
                                <a:blip r:embed="rId14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bottom w:w="0.0" w:type="dxa"/>
                  </w:tcMar>
                  <w:vAlign w:val="center"/>
                </w:tcPr>
                <w:p w:rsidR="00000000" w:rsidDel="00000000" w:rsidP="00000000" w:rsidRDefault="00000000" w:rsidRPr="00000000" w14:paraId="00000066">
                  <w:pPr>
                    <w:spacing w:after="4" w:before="0" w:line="240" w:lineRule="auto"/>
                    <w:rPr/>
                  </w:pPr>
                  <w:r w:rsidDel="00000000" w:rsidR="00000000" w:rsidRPr="00000000">
                    <w:rPr>
                      <w:rFonts w:ascii="Georgia" w:cs="Georgia" w:eastAsia="Georgia" w:hAnsi="Georgia"/>
                      <w:b w:val="1"/>
                      <w:bCs w:val="1"/>
                      <w:i w:val="0"/>
                      <w:iCs w:val="0"/>
                      <w:color w:val="172230"/>
                      <w:sz w:val="17"/>
                      <w:szCs w:val="17"/>
                      <w:rtl w:val="0"/>
                    </w:rPr>
                    <w:t xml:space="preserve">Frontend / Integration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7">
                  <w:pPr>
                    <w:spacing w:after="4" w:before="0" w:line="24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color w:val="56606b"/>
                      <w:sz w:val="14"/>
                      <w:szCs w:val="14"/>
                      <w:rtl w:val="0"/>
                    </w:rPr>
                    <w:t xml:space="preserve">{{FRONTEND / INTEGRATION}}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5"/>
        <w:tblW w:w="11056.0" w:type="dxa"/>
        <w:jc w:val="left"/>
        <w:tblInd w:w="-115.0" w:type="dxa"/>
        <w:tblLayout w:type="fixed"/>
        <w:tblLook w:val="0400"/>
      </w:tblPr>
      <w:tblGrid>
        <w:gridCol w:w="5528"/>
        <w:gridCol w:w="5528"/>
        <w:tblGridChange w:id="0">
          <w:tblGrid>
            <w:gridCol w:w="5528"/>
            <w:gridCol w:w="5528"/>
          </w:tblGrid>
        </w:tblGridChange>
      </w:tblGrid>
      <w:tr>
        <w:trPr>
          <w:cantSplit w:val="0"/>
          <w:tblHeader w:val="0"/>
        </w:trPr>
        <w:tc>
          <w:tcPr>
            <w:tcMar>
              <w:top w:w="10.0" w:type="dxa"/>
              <w:bottom w:w="30.0" w:type="dxa"/>
            </w:tcMar>
          </w:tcPr>
          <w:p w:rsidR="00000000" w:rsidDel="00000000" w:rsidP="00000000" w:rsidRDefault="00000000" w:rsidRPr="00000000" w14:paraId="0000006A">
            <w:pPr>
              <w:spacing w:after="8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29"/>
                <w:szCs w:val="29"/>
                <w:rtl w:val="0"/>
              </w:rPr>
              <w:t xml:space="preserve">{{NAME}}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28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5"/>
                <w:szCs w:val="15"/>
                <w:rtl w:val="0"/>
              </w:rPr>
              <w:t xml:space="preserve">{{PRIMARY_POSITIONING}}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.0" w:type="dxa"/>
              <w:bottom w:w="30.0" w:type="dxa"/>
            </w:tcMar>
          </w:tcPr>
          <w:p w:rsidR="00000000" w:rsidDel="00000000" w:rsidP="00000000" w:rsidRDefault="00000000" w:rsidRPr="00000000" w14:paraId="0000006C">
            <w:pPr>
              <w:spacing w:after="4" w:before="0" w:line="24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4"/>
                <w:szCs w:val="14"/>
                <w:rtl w:val="0"/>
              </w:rPr>
              <w:t xml:space="preserve">EXECUTIVE RESUME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12" w:before="0" w:line="24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4"/>
                <w:szCs w:val="14"/>
                <w:rtl w:val="0"/>
              </w:rPr>
              <w:t xml:space="preserve">SELECTED EXPERIENCE &amp; DELIVERY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4"/>
                <w:szCs w:val="14"/>
                <w:rtl w:val="0"/>
              </w:rPr>
              <w:t xml:space="preserve">━━━━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5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11056.0" w:type="dxa"/>
        <w:jc w:val="left"/>
        <w:tblInd w:w="-115.0" w:type="dxa"/>
        <w:tblLayout w:type="fixed"/>
        <w:tblLook w:val="0400"/>
      </w:tblPr>
      <w:tblGrid>
        <w:gridCol w:w="5528"/>
        <w:gridCol w:w="5528"/>
        <w:tblGridChange w:id="0">
          <w:tblGrid>
            <w:gridCol w:w="5528"/>
            <w:gridCol w:w="5528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spacing w:after="40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20"/>
                <w:szCs w:val="20"/>
                <w:rtl w:val="0"/>
              </w:rPr>
              <w:t xml:space="preserve">Selected Project &amp; Architecture Evidence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spacing w:after="36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2">
            <w:pPr>
              <w:keepNext w:val="1"/>
              <w:spacing w:after="22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20"/>
                <w:szCs w:val="20"/>
                <w:rtl w:val="0"/>
              </w:rPr>
              <w:t xml:space="preserve">{{PROJECT_1_TITLE}}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6606b"/>
                <w:sz w:val="16"/>
                <w:szCs w:val="16"/>
                <w:rtl w:val="0"/>
              </w:rPr>
              <w:t xml:space="preserve">  —  {{PROJECT CONTEXT}}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3">
            <w:pPr>
              <w:spacing w:after="22" w:before="0" w:line="24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4"/>
                <w:szCs w:val="14"/>
                <w:rtl w:val="0"/>
              </w:rPr>
              <w:t xml:space="preserve">{{STATUS / DATE}}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spacing w:after="27" w:before="20" w:line="259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6"/>
          <w:szCs w:val="16"/>
          <w:rtl w:val="0"/>
        </w:rPr>
        <w:t xml:space="preserve">  {{ARCHITECTURE / CONTRIBUTION EVIDENCE}}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7" w:before="0" w:line="259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6"/>
          <w:szCs w:val="16"/>
          <w:rtl w:val="0"/>
        </w:rPr>
        <w:t xml:space="preserve">  {{DELIVERY / OPERATING EVIDENCE}}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27" w:before="0" w:line="259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6"/>
          <w:szCs w:val="16"/>
          <w:rtl w:val="0"/>
        </w:rPr>
        <w:t xml:space="preserve">  {{SCALE / QUALIFICATION OPTIONAL}}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68" w:before="8" w:line="24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4"/>
          <w:szCs w:val="14"/>
          <w:rtl w:val="0"/>
        </w:rPr>
        <w:t xml:space="preserve">{{TECHNICAL FOUNDATION}}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64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11056.0" w:type="dxa"/>
        <w:jc w:val="left"/>
        <w:tblInd w:w="-115.0" w:type="dxa"/>
        <w:tblLayout w:type="fixed"/>
        <w:tblLook w:val="0400"/>
      </w:tblPr>
      <w:tblGrid>
        <w:gridCol w:w="5528"/>
        <w:gridCol w:w="5528"/>
        <w:tblGridChange w:id="0">
          <w:tblGrid>
            <w:gridCol w:w="5528"/>
            <w:gridCol w:w="5528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9">
            <w:pPr>
              <w:keepNext w:val="1"/>
              <w:spacing w:after="22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20"/>
                <w:szCs w:val="20"/>
                <w:rtl w:val="0"/>
              </w:rPr>
              <w:t xml:space="preserve">{{PROJECT_2_TITLE}}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6606b"/>
                <w:sz w:val="16"/>
                <w:szCs w:val="16"/>
                <w:rtl w:val="0"/>
              </w:rPr>
              <w:t xml:space="preserve">  —  {{PROJECT CONTEXT}}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A">
            <w:pPr>
              <w:spacing w:after="22" w:before="0" w:line="24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4"/>
                <w:szCs w:val="14"/>
                <w:rtl w:val="0"/>
              </w:rPr>
              <w:t xml:space="preserve">{{STATUS / DATE}}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spacing w:after="27" w:before="20" w:line="259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6"/>
          <w:szCs w:val="16"/>
          <w:rtl w:val="0"/>
        </w:rPr>
        <w:t xml:space="preserve">  {{ARCHITECTURE / CONTRIBUTION EVIDENCE}}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27" w:before="0" w:line="259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6"/>
          <w:szCs w:val="16"/>
          <w:rtl w:val="0"/>
        </w:rPr>
        <w:t xml:space="preserve">  {{DELIVERY / OPERATING EVIDENCE}}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27" w:before="0" w:line="259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6"/>
          <w:szCs w:val="16"/>
          <w:rtl w:val="0"/>
        </w:rPr>
        <w:t xml:space="preserve">  {{SCALE / QUALIFICATION OPTIONAL}}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68" w:before="8" w:line="24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4"/>
          <w:szCs w:val="14"/>
          <w:rtl w:val="0"/>
        </w:rPr>
        <w:t xml:space="preserve">{{TECHNICAL FOUNDATION}}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64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8"/>
        <w:tblW w:w="11056.0" w:type="dxa"/>
        <w:jc w:val="left"/>
        <w:tblInd w:w="-115.0" w:type="dxa"/>
        <w:tblLayout w:type="fixed"/>
        <w:tblLook w:val="0400"/>
      </w:tblPr>
      <w:tblGrid>
        <w:gridCol w:w="5528"/>
        <w:gridCol w:w="5528"/>
        <w:tblGridChange w:id="0">
          <w:tblGrid>
            <w:gridCol w:w="5528"/>
            <w:gridCol w:w="5528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0">
            <w:pPr>
              <w:keepNext w:val="1"/>
              <w:spacing w:after="22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20"/>
                <w:szCs w:val="20"/>
                <w:rtl w:val="0"/>
              </w:rPr>
              <w:t xml:space="preserve">{{PROJECT_3_TITLE}}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6606b"/>
                <w:sz w:val="16"/>
                <w:szCs w:val="16"/>
                <w:rtl w:val="0"/>
              </w:rPr>
              <w:t xml:space="preserve">  —  {{PROJECT CONTEXT}}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1">
            <w:pPr>
              <w:spacing w:after="22" w:before="0" w:line="24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4"/>
                <w:szCs w:val="14"/>
                <w:rtl w:val="0"/>
              </w:rPr>
              <w:t xml:space="preserve">{{STATUS / DATE}}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spacing w:after="27" w:before="20" w:line="259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6"/>
          <w:szCs w:val="16"/>
          <w:rtl w:val="0"/>
        </w:rPr>
        <w:t xml:space="preserve">  {{ARCHITECTURE / CONTRIBUTION EVIDENCE}}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7" w:before="0" w:line="259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6"/>
          <w:szCs w:val="16"/>
          <w:rtl w:val="0"/>
        </w:rPr>
        <w:t xml:space="preserve">  {{DELIVERY / OPERATING EVIDENCE}}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7" w:before="0" w:line="259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6"/>
          <w:szCs w:val="16"/>
          <w:rtl w:val="0"/>
        </w:rPr>
        <w:t xml:space="preserve">  {{SCALE / QUALIFICATION OPTIONAL}}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68" w:before="8" w:line="24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4"/>
          <w:szCs w:val="14"/>
          <w:rtl w:val="0"/>
        </w:rPr>
        <w:t xml:space="preserve">{{TECHNICAL FOUNDATION}}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64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9"/>
        <w:tblW w:w="10770.0" w:type="dxa"/>
        <w:jc w:val="left"/>
        <w:tblInd w:w="-115.0" w:type="dxa"/>
        <w:tblLayout w:type="fixed"/>
        <w:tblLook w:val="0400"/>
      </w:tblPr>
      <w:tblGrid>
        <w:gridCol w:w="3588"/>
        <w:gridCol w:w="3588"/>
        <w:gridCol w:w="3594"/>
        <w:tblGridChange w:id="0">
          <w:tblGrid>
            <w:gridCol w:w="3588"/>
            <w:gridCol w:w="3588"/>
            <w:gridCol w:w="3594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7">
            <w:pPr>
              <w:spacing w:after="26" w:before="36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20"/>
                <w:szCs w:val="20"/>
                <w:rtl w:val="0"/>
              </w:rPr>
              <w:t xml:space="preserve">Selected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8">
            <w:pPr>
              <w:spacing w:after="26" w:before="3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e1e3e5" w:space="0" w:sz="4" w:val="single"/>
            </w:tcBorders>
            <w:tcMar>
              <w:top w:w="45.0" w:type="dxa"/>
              <w:bottom w:w="15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8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8"/>
                <w:szCs w:val="18"/>
                <w:rtl w:val="0"/>
              </w:rPr>
              <w:t xml:space="preserve">{{IMPACT_SIGNAL_1_OPTIONAL}}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0" w:line="245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4"/>
                <w:szCs w:val="14"/>
                <w:rtl w:val="0"/>
              </w:rPr>
              <w:t xml:space="preserve">{{IMPACT_DETAIL_1_OPTIONAL}}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e1e3e5" w:space="0" w:sz="4" w:val="single"/>
            </w:tcBorders>
            <w:tcMar>
              <w:top w:w="45.0" w:type="dxa"/>
              <w:bottom w:w="15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8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8"/>
                <w:szCs w:val="18"/>
                <w:rtl w:val="0"/>
              </w:rPr>
              <w:t xml:space="preserve">{{IMPACT_SIGNAL_2_OPTIONAL}}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="245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4"/>
                <w:szCs w:val="14"/>
                <w:rtl w:val="0"/>
              </w:rPr>
              <w:t xml:space="preserve">{{IMPACT_DETAIL_2_OPTIONAL}}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bottom w:w="15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8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8"/>
                <w:szCs w:val="18"/>
                <w:rtl w:val="0"/>
              </w:rPr>
              <w:t xml:space="preserve">{{IMPACT_SIGNAL_3_OPTIONAL}}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after="0" w:line="245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4"/>
                <w:szCs w:val="14"/>
                <w:rtl w:val="0"/>
              </w:rPr>
              <w:t xml:space="preserve">{{IMPACT_DETAIL_3_OPTIONAL}}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spacing w:after="40" w:before="5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20"/>
                <w:szCs w:val="20"/>
                <w:rtl w:val="0"/>
              </w:rPr>
              <w:t xml:space="preserve">Leadership &amp; Delivery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spacing w:after="22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spacing w:after="16" w:before="0" w:line="252.00000000000003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5"/>
          <w:szCs w:val="15"/>
          <w:rtl w:val="0"/>
        </w:rPr>
        <w:t xml:space="preserve">  {{LEADERSHIP_POINT_1}}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6" w:before="0" w:line="252.00000000000003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5"/>
          <w:szCs w:val="15"/>
          <w:rtl w:val="0"/>
        </w:rPr>
        <w:t xml:space="preserve">  {{LEADERSHIP_POINT_2}}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16" w:before="0" w:line="252.00000000000003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5"/>
          <w:szCs w:val="15"/>
          <w:rtl w:val="0"/>
        </w:rPr>
        <w:t xml:space="preserve">  {{LEADERSHIP_POINT_3}}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16" w:before="0" w:line="252.00000000000003" w:lineRule="auto"/>
        <w:ind w:left="283" w:hanging="22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dc554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6606b"/>
          <w:sz w:val="15"/>
          <w:szCs w:val="15"/>
          <w:rtl w:val="0"/>
        </w:rPr>
        <w:t xml:space="preserve">  {{LEADERSHIP_POINT_4_OPTIONAL}}</w:t>
      </w:r>
      <w:r w:rsidDel="00000000" w:rsidR="00000000" w:rsidRPr="00000000">
        <w:rPr>
          <w:rtl w:val="0"/>
        </w:rPr>
      </w:r>
    </w:p>
    <w:tbl>
      <w:tblPr>
        <w:tblStyle w:val="Table20"/>
        <w:tblW w:w="11055.0" w:type="dxa"/>
        <w:jc w:val="left"/>
        <w:tblInd w:w="-115.0" w:type="dxa"/>
        <w:tblLayout w:type="fixed"/>
        <w:tblLook w:val="0400"/>
      </w:tblPr>
      <w:tblGrid>
        <w:gridCol w:w="3685"/>
        <w:gridCol w:w="3685"/>
        <w:gridCol w:w="3685"/>
        <w:tblGridChange w:id="0">
          <w:tblGrid>
            <w:gridCol w:w="3685"/>
            <w:gridCol w:w="3685"/>
            <w:gridCol w:w="3685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spacing w:after="5" w:before="4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20"/>
                <w:szCs w:val="20"/>
                <w:rtl w:val="0"/>
              </w:rPr>
              <w:t xml:space="preserve">Production &amp; Cloud Delivery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spacing w:after="5" w:before="4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9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8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7"/>
                <w:szCs w:val="17"/>
                <w:rtl w:val="0"/>
              </w:rPr>
              <w:t xml:space="preserve">{{PRODUCTION_DELIVERY_TITLE_1}}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28" w:before="0" w:line="245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{{DELIVERY NARRATIVE}}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9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8" w:before="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7"/>
                <w:szCs w:val="17"/>
                <w:rtl w:val="0"/>
              </w:rPr>
              <w:t xml:space="preserve">{{PRODUCTION_DELIVERY_TITLE_2}}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28" w:before="0" w:line="245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5"/>
                <w:szCs w:val="15"/>
                <w:rtl w:val="0"/>
              </w:rPr>
              <w:t xml:space="preserve">{{PLATFORM NARRATIVE}}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adb" w:space="0" w:sz="4" w:val="single"/>
              <w:bottom w:color="d8dadb" w:space="0" w:sz="4" w:val="single"/>
            </w:tcBorders>
            <w:shd w:fill="ffffff" w:val="clear"/>
            <w:tcMar>
              <w:top w:w="38.0" w:type="dxa"/>
              <w:bottom w:w="50.0" w:type="dxa"/>
            </w:tcMar>
          </w:tcPr>
          <w:p w:rsidR="00000000" w:rsidDel="00000000" w:rsidP="00000000" w:rsidRDefault="00000000" w:rsidRPr="00000000" w14:paraId="0000009D">
            <w:pPr>
              <w:spacing w:after="8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3"/>
                <w:szCs w:val="13"/>
                <w:rtl w:val="0"/>
              </w:rPr>
              <w:t xml:space="preserve">SYSTEM BOUNDARIES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3"/>
                <w:szCs w:val="13"/>
                <w:rtl w:val="0"/>
              </w:rPr>
              <w:t xml:space="preserve">{{PRINCIPLE}}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adb" w:space="0" w:sz="4" w:val="single"/>
              <w:bottom w:color="d8dadb" w:space="0" w:sz="4" w:val="single"/>
            </w:tcBorders>
            <w:shd w:fill="ffffff" w:val="clear"/>
            <w:tcMar>
              <w:top w:w="38.0" w:type="dxa"/>
              <w:bottom w:w="50.0" w:type="dxa"/>
            </w:tcMar>
          </w:tcPr>
          <w:p w:rsidR="00000000" w:rsidDel="00000000" w:rsidP="00000000" w:rsidRDefault="00000000" w:rsidRPr="00000000" w14:paraId="0000009F">
            <w:pPr>
              <w:spacing w:after="8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3"/>
                <w:szCs w:val="13"/>
                <w:rtl w:val="0"/>
              </w:rPr>
              <w:t xml:space="preserve">DELIVERY DESIGN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3"/>
                <w:szCs w:val="13"/>
                <w:rtl w:val="0"/>
              </w:rPr>
              <w:t xml:space="preserve">{{PRINCIPLE}}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adb" w:space="0" w:sz="4" w:val="single"/>
              <w:bottom w:color="d8dadb" w:space="0" w:sz="4" w:val="single"/>
            </w:tcBorders>
            <w:shd w:fill="ffffff" w:val="clear"/>
            <w:tcMar>
              <w:top w:w="38.0" w:type="dxa"/>
              <w:bottom w:w="50.0" w:type="dxa"/>
            </w:tcMar>
          </w:tcPr>
          <w:p w:rsidR="00000000" w:rsidDel="00000000" w:rsidP="00000000" w:rsidRDefault="00000000" w:rsidRPr="00000000" w14:paraId="000000A1">
            <w:pPr>
              <w:spacing w:after="8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dc554c"/>
                <w:sz w:val="13"/>
                <w:szCs w:val="13"/>
                <w:rtl w:val="0"/>
              </w:rPr>
              <w:t xml:space="preserve">OPERABILITY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3"/>
                <w:szCs w:val="13"/>
                <w:rtl w:val="0"/>
              </w:rPr>
              <w:t xml:space="preserve">{{PRINCIPLE}}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spacing w:after="16" w:lineRule="auto"/>
        <w:rPr/>
      </w:pPr>
      <w:r w:rsidDel="00000000" w:rsidR="00000000" w:rsidRPr="00000000">
        <w:rPr>
          <w:rtl w:val="0"/>
        </w:rPr>
      </w:r>
    </w:p>
    <w:tbl>
      <w:tblPr>
        <w:tblStyle w:val="Table21"/>
        <w:tblW w:w="11056.0" w:type="dxa"/>
        <w:jc w:val="left"/>
        <w:tblInd w:w="-115.0" w:type="dxa"/>
        <w:tblLayout w:type="fixed"/>
        <w:tblLook w:val="0400"/>
      </w:tblPr>
      <w:tblGrid>
        <w:gridCol w:w="5528"/>
        <w:gridCol w:w="5528"/>
        <w:tblGridChange w:id="0">
          <w:tblGrid>
            <w:gridCol w:w="5528"/>
            <w:gridCol w:w="5528"/>
          </w:tblGrid>
        </w:tblGridChange>
      </w:tblGrid>
      <w:tr>
        <w:trPr>
          <w:cantSplit w:val="0"/>
          <w:tblHeader w:val="0"/>
        </w:trPr>
        <w:tc>
          <w:tcPr>
            <w:tcMar>
              <w:top w:w="120.0" w:type="dxa"/>
              <w:bottom w:w="0.0" w:type="dxa"/>
            </w:tcMar>
          </w:tcPr>
          <w:p w:rsidR="00000000" w:rsidDel="00000000" w:rsidP="00000000" w:rsidRDefault="00000000" w:rsidRPr="00000000" w14:paraId="000000A4">
            <w:pPr>
              <w:spacing w:after="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1"/>
              <w:keepLines w:val="1"/>
              <w:spacing w:after="40" w:before="14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9"/>
                <w:szCs w:val="19"/>
                <w:rtl w:val="0"/>
              </w:rPr>
              <w:t xml:space="preserve">EDUCATION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4" w:before="14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6"/>
                <w:szCs w:val="16"/>
                <w:rtl w:val="0"/>
              </w:rPr>
              <w:t xml:space="preserve">{{EDUCATION_DEGREE}}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2" w:before="14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4"/>
                <w:szCs w:val="14"/>
                <w:rtl w:val="0"/>
              </w:rPr>
              <w:t xml:space="preserve">{{EDUCATION_INSTITUTION}}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10" w:before="14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4"/>
                <w:szCs w:val="14"/>
                <w:rtl w:val="0"/>
              </w:rPr>
              <w:t xml:space="preserve">{{EDUCATION_DATE_RANGE}}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0.0" w:type="dxa"/>
            </w:tcMar>
          </w:tcPr>
          <w:p w:rsidR="00000000" w:rsidDel="00000000" w:rsidP="00000000" w:rsidRDefault="00000000" w:rsidRPr="00000000" w14:paraId="000000A9">
            <w:pPr>
              <w:spacing w:after="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1"/>
              <w:keepLines w:val="1"/>
              <w:spacing w:after="40" w:before="14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9"/>
                <w:szCs w:val="19"/>
                <w:rtl w:val="0"/>
              </w:rPr>
              <w:t xml:space="preserve">SELECTED CREDENTIALS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3" w:before="14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5"/>
                <w:szCs w:val="15"/>
                <w:rtl w:val="0"/>
              </w:rPr>
              <w:t xml:space="preserve">{{CREDENTIAL_1_OPTIONAL}}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16" w:before="14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3"/>
                <w:szCs w:val="13"/>
                <w:rtl w:val="0"/>
              </w:rPr>
              <w:t xml:space="preserve">{{ISSUER · YEAR}}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3" w:before="14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5"/>
                <w:szCs w:val="15"/>
                <w:rtl w:val="0"/>
              </w:rPr>
              <w:t xml:space="preserve">{{CREDENTIAL_2_OPTIONAL}}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16" w:before="14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3"/>
                <w:szCs w:val="13"/>
                <w:rtl w:val="0"/>
              </w:rPr>
              <w:t xml:space="preserve">{{ISSUER · YEAR}}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3" w:before="140" w:line="2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color w:val="172230"/>
                <w:sz w:val="15"/>
                <w:szCs w:val="15"/>
                <w:rtl w:val="0"/>
              </w:rPr>
              <w:t xml:space="preserve">{{CREDENTIAL_3_OPTIONAL}}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16" w:before="14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6606b"/>
                <w:sz w:val="13"/>
                <w:szCs w:val="13"/>
                <w:rtl w:val="0"/>
              </w:rPr>
              <w:t xml:space="preserve">{{ISSUER · YEAR}}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15" w:type="default"/>
      <w:pgSz w:h="16838" w:w="11906" w:orient="portrait"/>
      <w:pgMar w:bottom="652" w:top="397" w:left="510" w:right="340" w:header="113" w:footer="31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</w:fonts>
</file>

<file path=word/footer1.xml><?xml version="1.0" encoding="utf-8"?>
<w:ftr xmlns:w="http://schemas.openxmlformats.org/wordprocessingml/2006/main" xmlns:w14="http://schemas.microsoft.com/office/word/2010/wordml">
  <w:p w:rsidR="00000000" w:rsidDel="00000000" w:rsidP="00000000" w:rsidRDefault="00000000" w:rsidRPr="00000000" w14:paraId="000000B2">
    <w:pPr>
      <w:keepNext w:val="0"/>
      <w:keepLines w:val="0"/>
      <w:widowControl w:val="1"/>
      <w:pBdr>
        <w:top w:space="0" w:sz="0" w:val="nil"/>
        <w:left w:space="0" w:sz="0" w:val="nil"/>
        <w:bottom w:color="c9cccf" w:space="4" w:sz="4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6606b"/>
        <w:sz w:val="17"/>
        <w:szCs w:val="17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2"/>
      <w:tblW w:w="10772.0" w:type="dxa"/>
      <w:jc w:val="left"/>
      <w:tblInd w:w="-115.0" w:type="dxa"/>
      <w:tblLayout w:type="fixed"/>
      <w:tblLook w:val="0400"/>
    </w:tblPr>
    <w:tblGrid>
      <w:gridCol w:w="5386"/>
      <w:gridCol w:w="5386"/>
      <w:tblGridChange w:id="0">
        <w:tblGrid>
          <w:gridCol w:w="5386"/>
          <w:gridCol w:w="5386"/>
        </w:tblGrid>
      </w:tblGridChange>
    </w:tblGrid>
    <w:tr>
      <w:trPr>
        <w:cantSplit w:val="0"/>
        <w:tblHeader w:val="0"/>
      </w:trPr>
      <w:tc>
        <w:tcPr>
          <w:tcMar>
            <w:top w:w="30.0" w:type="dxa"/>
            <w:bottom w:w="0.0" w:type="dxa"/>
          </w:tcMar>
        </w:tcPr>
        <w:p w:rsidR="00000000" w:rsidDel="00000000" w:rsidP="00000000" w:rsidRDefault="00000000" w:rsidRPr="00000000" w14:paraId="000000B3">
          <w:pPr>
            <w:spacing w:after="0" w:before="0" w:lineRule="auto"/>
            <w:rPr/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color w:val="56606b"/>
              <w:sz w:val="13"/>
              <w:szCs w:val="13"/>
              <w:rtl w:val="0"/>
            </w:rPr>
            <w:t xml:space="preserve">E X E C U T I V E   R E S U M E</w: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30.0" w:type="dxa"/>
            <w:bottom w:w="0.0" w:type="dxa"/>
          </w:tcMar>
        </w:tcPr>
        <w:p w:rsidR="00000000" w:rsidDel="00000000" w:rsidP="00000000" w:rsidRDefault="00000000" w:rsidRPr="00000000" w14:paraId="000000B4">
          <w:pPr>
            <w:spacing w:after="0" w:before="0" w:lineRule="auto"/>
            <w:jc w:val="right"/>
            <w:rPr/>
          </w:pPr>
          <w:r w:rsidDel="00000000" w:rsidR="00000000" w:rsidRPr="00000000">
            <w:rPr>
              <w:rFonts w:ascii="Arial" w:cs="Arial" w:eastAsia="Arial" w:hAnsi="Arial"/>
              <w:color w:val="dc554c"/>
              <w:sz w:val="13"/>
              <w:szCs w:val="13"/>
              <w:rtl w:val="0"/>
            </w:rPr>
            <w:t xml:space="preserve">—  </w:t>
          </w:r>
          <w:r w:rsidDel="00000000" w:rsidR="00000000" w:rsidRPr="00000000">
            <w:rPr>
              <w:rFonts w:ascii="Arial" w:cs="Arial" w:eastAsia="Arial" w:hAnsi="Arial"/>
              <w:color w:val="dc554c"/>
              <w:sz w:val="11"/>
              <w:szCs w:val="11"/>
              <w:rtl w:val="0"/>
            </w:rPr>
            <w:t xml:space="preserve">P A G E</w:t>
          </w:r>
          <w:r w:rsidDel="00000000" w:rsidR="00000000" w:rsidRPr="00000000">
            <w:rPr>
              <w:rFonts w:ascii="Arial" w:cs="Arial" w:eastAsia="Arial" w:hAnsi="Arial"/>
              <w:color w:val="dc554c"/>
              <w:sz w:val="13"/>
              <w:szCs w:val="13"/>
              <w:rtl w:val="0"/>
            </w:rPr>
            <w:t xml:space="preserve">  </w:t>
          </w:r>
          <w:r>
            <w:rPr>
              <w:rFonts w:ascii="Arial" w:cs="Arial" w:eastAsia="Arial" w:hAnsi="Arial"/>
              <w:color w:val="dc554c"/>
              <w:sz w:val="13"/>
              <w:szCs w:val="13"/>
              <w:rtl w:val="0"/>
            </w:rPr>
            <w:fldChar w:fldCharType="begin"/>
          </w:r>
          <w:r>
            <w:rPr>
              <w:rFonts w:ascii="Arial" w:cs="Arial" w:eastAsia="Arial" w:hAnsi="Arial"/>
              <w:color w:val="dc554c"/>
              <w:sz w:val="13"/>
              <w:szCs w:val="13"/>
              <w:rtl w:val="0"/>
            </w:rPr>
            <w:instrText xml:space="preserve"> PAGE </w:instrText>
          </w:r>
          <w:r>
            <w:rPr>
              <w:rFonts w:ascii="Arial" w:cs="Arial" w:eastAsia="Arial" w:hAnsi="Arial"/>
              <w:color w:val="dc554c"/>
              <w:sz w:val="13"/>
              <w:szCs w:val="13"/>
              <w:rtl w:val="0"/>
            </w:rPr>
            <w:fldChar w:fldCharType="separate"/>
          </w:r>
          <w:r>
            <w:rPr>
              <w:rFonts w:ascii="Arial" w:cs="Arial" w:eastAsia="Arial" w:hAnsi="Arial"/>
              <w:color w:val="dc554c"/>
              <w:sz w:val="13"/>
              <w:szCs w:val="13"/>
              <w:rtl w:val="0"/>
            </w:rPr>
            <w:t xml:space="preserve">1</w:t>
          </w:r>
          <w:r>
            <w:rPr>
              <w:rFonts w:ascii="Arial" w:cs="Arial" w:eastAsia="Arial" w:hAnsi="Arial"/>
              <w:color w:val="dc554c"/>
              <w:sz w:val="13"/>
              <w:szCs w:val="13"/>
              <w:rtl w:val="0"/>
            </w:rPr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w="http://schemas.openxmlformats.org/wordprocessingml/2006/main">
  <w:updateFields w:val="true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56606b"/>
        <w:sz w:val="17"/>
        <w:szCs w:val="17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3" Type="http://schemas.openxmlformats.org/officeDocument/2006/relationships/image" Target="media/image1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footer" Target="footer1.xml"/><Relationship Id="rId14" Type="http://schemas.openxmlformats.org/officeDocument/2006/relationships/image" Target="media/image2.png"/><Relationship Id="rId5" Type="http://schemas.openxmlformats.org/officeDocument/2006/relationships/styles" Target="styles.xml"/><Relationship Id="rId7" Type="http://schemas.openxmlformats.org/officeDocument/2006/relationships/image" Target="media/image3.png"/><Relationship Id="rId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/>
</cp:coreProperties>
</file>